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878EF" w14:textId="77777777" w:rsidR="007E1BAA" w:rsidRPr="00E43A9A" w:rsidRDefault="0045385F">
      <w:pPr>
        <w:keepLines/>
        <w:spacing w:after="0" w:line="240" w:lineRule="auto"/>
        <w:jc w:val="right"/>
        <w:rPr>
          <w:lang w:val="pl-PL"/>
        </w:rPr>
      </w:pPr>
      <w:r w:rsidRPr="00E43A9A">
        <w:rPr>
          <w:rFonts w:eastAsia="Arial"/>
          <w:sz w:val="14"/>
          <w:lang w:val="pl-PL"/>
        </w:rPr>
        <w:t>Załącznik nr 1 do Regulaminu Świetlicy Szkolnej</w:t>
      </w:r>
    </w:p>
    <w:p w14:paraId="58342165" w14:textId="77777777" w:rsidR="007E1BAA" w:rsidRPr="00E43A9A" w:rsidRDefault="0045385F">
      <w:pPr>
        <w:keepLines/>
        <w:spacing w:after="0" w:line="240" w:lineRule="auto"/>
        <w:jc w:val="center"/>
        <w:rPr>
          <w:lang w:val="pl-PL"/>
        </w:rPr>
      </w:pPr>
      <w:r w:rsidRPr="00E43A9A">
        <w:rPr>
          <w:rFonts w:eastAsia="Arial"/>
          <w:b/>
          <w:sz w:val="18"/>
          <w:lang w:val="pl-PL"/>
        </w:rPr>
        <w:t>Szkoła Podstawowa im. Kornela Makuszyńskiego w Guzewie</w:t>
      </w:r>
    </w:p>
    <w:p w14:paraId="62F1FED9" w14:textId="77777777" w:rsidR="007E1BAA" w:rsidRPr="00E43A9A" w:rsidRDefault="0045385F">
      <w:pPr>
        <w:keepLines/>
        <w:spacing w:after="24" w:line="240" w:lineRule="auto"/>
        <w:jc w:val="center"/>
        <w:rPr>
          <w:lang w:val="pl-PL"/>
        </w:rPr>
      </w:pPr>
      <w:r w:rsidRPr="00E43A9A">
        <w:rPr>
          <w:rFonts w:eastAsia="Arial"/>
          <w:b/>
          <w:sz w:val="26"/>
          <w:lang w:val="pl-PL"/>
        </w:rPr>
        <w:t>KARTA ZGŁOSZENIA DZIECKA DO ŚWIETLICY SZKOLNEJ</w:t>
      </w:r>
    </w:p>
    <w:p w14:paraId="78CABEE5" w14:textId="41030719" w:rsidR="007E1BAA" w:rsidRDefault="0045385F">
      <w:pPr>
        <w:keepLines/>
        <w:spacing w:after="44" w:line="240" w:lineRule="auto"/>
        <w:jc w:val="center"/>
      </w:pPr>
      <w:proofErr w:type="spellStart"/>
      <w:r>
        <w:rPr>
          <w:rFonts w:eastAsia="Arial"/>
          <w:sz w:val="17"/>
        </w:rPr>
        <w:t>Rok</w:t>
      </w:r>
      <w:proofErr w:type="spellEnd"/>
      <w:r>
        <w:rPr>
          <w:rFonts w:eastAsia="Arial"/>
          <w:sz w:val="17"/>
        </w:rPr>
        <w:t xml:space="preserve"> </w:t>
      </w:r>
      <w:proofErr w:type="spellStart"/>
      <w:r>
        <w:rPr>
          <w:rFonts w:eastAsia="Arial"/>
          <w:sz w:val="17"/>
        </w:rPr>
        <w:t>szkolny</w:t>
      </w:r>
      <w:proofErr w:type="spellEnd"/>
      <w:r>
        <w:rPr>
          <w:rFonts w:eastAsia="Arial"/>
          <w:sz w:val="17"/>
        </w:rPr>
        <w:t xml:space="preserve"> 20…</w:t>
      </w:r>
      <w:r w:rsidR="00B64D21">
        <w:rPr>
          <w:rFonts w:eastAsia="Arial"/>
          <w:sz w:val="17"/>
        </w:rPr>
        <w:t>……</w:t>
      </w:r>
      <w:r>
        <w:rPr>
          <w:rFonts w:eastAsia="Arial"/>
          <w:sz w:val="17"/>
        </w:rPr>
        <w:t>…/20…</w:t>
      </w:r>
      <w:r w:rsidR="00B64D21">
        <w:rPr>
          <w:rFonts w:eastAsia="Arial"/>
          <w:sz w:val="17"/>
        </w:rPr>
        <w:t>…..</w:t>
      </w:r>
      <w:r>
        <w:rPr>
          <w:rFonts w:eastAsia="Arial"/>
          <w:sz w:val="17"/>
        </w:rPr>
        <w:t>…</w:t>
      </w:r>
    </w:p>
    <w:p w14:paraId="150A3EE5" w14:textId="77777777" w:rsidR="007E1BAA" w:rsidRDefault="0045385F">
      <w:pPr>
        <w:pStyle w:val="Nagwek1"/>
        <w:pBdr>
          <w:bottom w:val="single" w:sz="8" w:space="0" w:color="000000"/>
        </w:pBdr>
        <w:shd w:val="clear" w:color="auto" w:fill="FFFFFF"/>
        <w:spacing w:before="60" w:after="24" w:line="240" w:lineRule="auto"/>
        <w:ind w:left="85" w:right="85"/>
      </w:pPr>
      <w:r>
        <w:rPr>
          <w:rFonts w:ascii="Arial" w:eastAsia="Arial" w:hAnsi="Arial"/>
          <w:sz w:val="20"/>
        </w:rPr>
        <w:t xml:space="preserve">I. Dane </w:t>
      </w:r>
      <w:proofErr w:type="spellStart"/>
      <w:r>
        <w:rPr>
          <w:rFonts w:ascii="Arial" w:eastAsia="Arial" w:hAnsi="Arial"/>
          <w:sz w:val="20"/>
        </w:rPr>
        <w:t>dziecka</w:t>
      </w:r>
      <w:proofErr w:type="spellEnd"/>
    </w:p>
    <w:tbl>
      <w:tblPr>
        <w:tblW w:w="10080" w:type="dxa"/>
        <w:tblInd w:w="8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4380"/>
        <w:gridCol w:w="2100"/>
      </w:tblGrid>
      <w:tr w:rsidR="007E1BAA" w14:paraId="169C317F" w14:textId="77777777">
        <w:trPr>
          <w:cantSplit/>
          <w:trHeight w:val="272"/>
          <w:tblHeader/>
        </w:trPr>
        <w:tc>
          <w:tcPr>
            <w:tcW w:w="360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51B99A7" w14:textId="77777777" w:rsidR="007E1BAA" w:rsidRDefault="0045385F">
            <w:pPr>
              <w:keepLines/>
              <w:spacing w:after="0" w:line="240" w:lineRule="auto"/>
              <w:jc w:val="center"/>
            </w:pPr>
            <w:proofErr w:type="spellStart"/>
            <w:r>
              <w:rPr>
                <w:rFonts w:eastAsia="Arial"/>
                <w:b/>
                <w:sz w:val="16"/>
              </w:rPr>
              <w:t>Imię</w:t>
            </w:r>
            <w:proofErr w:type="spellEnd"/>
            <w:r>
              <w:rPr>
                <w:rFonts w:eastAsia="Arial"/>
                <w:b/>
                <w:sz w:val="16"/>
              </w:rPr>
              <w:t xml:space="preserve"> i </w:t>
            </w:r>
            <w:proofErr w:type="spellStart"/>
            <w:r>
              <w:rPr>
                <w:rFonts w:eastAsia="Arial"/>
                <w:b/>
                <w:sz w:val="16"/>
              </w:rPr>
              <w:t>nazwisko</w:t>
            </w:r>
            <w:proofErr w:type="spellEnd"/>
            <w:r>
              <w:rPr>
                <w:rFonts w:eastAsia="Arial"/>
                <w:b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6"/>
              </w:rPr>
              <w:t>ucznia</w:t>
            </w:r>
            <w:proofErr w:type="spellEnd"/>
          </w:p>
        </w:tc>
        <w:tc>
          <w:tcPr>
            <w:tcW w:w="438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EE279ED" w14:textId="77777777" w:rsidR="007E1BAA" w:rsidRDefault="0045385F">
            <w:pPr>
              <w:keepLines/>
              <w:spacing w:after="0" w:line="240" w:lineRule="auto"/>
              <w:jc w:val="center"/>
            </w:pPr>
            <w:proofErr w:type="spellStart"/>
            <w:r>
              <w:rPr>
                <w:rFonts w:eastAsia="Arial"/>
                <w:b/>
                <w:sz w:val="16"/>
              </w:rPr>
              <w:t>Adres</w:t>
            </w:r>
            <w:proofErr w:type="spellEnd"/>
            <w:r>
              <w:rPr>
                <w:rFonts w:eastAsia="Arial"/>
                <w:b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6"/>
              </w:rPr>
              <w:t>zamieszkania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16C6644" w14:textId="77777777" w:rsidR="007E1BAA" w:rsidRDefault="0045385F">
            <w:pPr>
              <w:keepLines/>
              <w:spacing w:after="0" w:line="240" w:lineRule="auto"/>
              <w:jc w:val="center"/>
            </w:pPr>
            <w:proofErr w:type="spellStart"/>
            <w:r>
              <w:rPr>
                <w:rFonts w:eastAsia="Arial"/>
                <w:b/>
                <w:sz w:val="16"/>
              </w:rPr>
              <w:t>Klasa</w:t>
            </w:r>
            <w:proofErr w:type="spellEnd"/>
          </w:p>
        </w:tc>
      </w:tr>
      <w:tr w:rsidR="007E1BAA" w14:paraId="61BC7684" w14:textId="77777777">
        <w:trPr>
          <w:cantSplit/>
          <w:trHeight w:val="363"/>
        </w:trPr>
        <w:tc>
          <w:tcPr>
            <w:tcW w:w="36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123931B" w14:textId="77777777" w:rsidR="007E1BAA" w:rsidRDefault="007E1BAA">
            <w:pPr>
              <w:keepLines/>
              <w:spacing w:after="0" w:line="240" w:lineRule="auto"/>
            </w:pPr>
          </w:p>
        </w:tc>
        <w:tc>
          <w:tcPr>
            <w:tcW w:w="43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CCF2E9A" w14:textId="77777777" w:rsidR="007E1BAA" w:rsidRDefault="007E1BAA">
            <w:pPr>
              <w:keepLines/>
              <w:spacing w:after="0" w:line="240" w:lineRule="auto"/>
            </w:pPr>
          </w:p>
        </w:tc>
        <w:tc>
          <w:tcPr>
            <w:tcW w:w="21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3BA1D6" w14:textId="77777777" w:rsidR="007E1BAA" w:rsidRDefault="007E1BAA">
            <w:pPr>
              <w:keepLines/>
              <w:spacing w:after="0" w:line="240" w:lineRule="auto"/>
            </w:pPr>
          </w:p>
        </w:tc>
      </w:tr>
    </w:tbl>
    <w:p w14:paraId="161B95C0" w14:textId="77777777" w:rsidR="007E1BAA" w:rsidRPr="00E43A9A" w:rsidRDefault="0045385F">
      <w:pPr>
        <w:pStyle w:val="Nagwek1"/>
        <w:pBdr>
          <w:bottom w:val="single" w:sz="8" w:space="0" w:color="000000"/>
        </w:pBdr>
        <w:shd w:val="clear" w:color="auto" w:fill="FFFFFF"/>
        <w:spacing w:before="60" w:after="24" w:line="240" w:lineRule="auto"/>
        <w:ind w:left="85" w:right="85"/>
        <w:rPr>
          <w:lang w:val="pl-PL"/>
        </w:rPr>
      </w:pPr>
      <w:r w:rsidRPr="00E43A9A">
        <w:rPr>
          <w:rFonts w:ascii="Arial" w:eastAsia="Arial" w:hAnsi="Arial"/>
          <w:sz w:val="20"/>
          <w:lang w:val="pl-PL"/>
        </w:rPr>
        <w:t>II. Dane kontaktowe rodziców lub opiekunów prawnych</w:t>
      </w:r>
    </w:p>
    <w:p w14:paraId="3B4C9A87" w14:textId="77777777" w:rsidR="007E1BAA" w:rsidRPr="00E43A9A" w:rsidRDefault="0045385F">
      <w:pPr>
        <w:keepLines/>
        <w:spacing w:after="14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Prosimy podać dane potrzebne do kontaktu w sprawach dotyczących pobytu dziecka w świetlicy. Osoby upoważnione do odbioru dziecka należy wskazać w części V.3.</w:t>
      </w:r>
    </w:p>
    <w:tbl>
      <w:tblPr>
        <w:tblW w:w="10080" w:type="dxa"/>
        <w:tblInd w:w="8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0"/>
        <w:gridCol w:w="4300"/>
        <w:gridCol w:w="2280"/>
      </w:tblGrid>
      <w:tr w:rsidR="007E1BAA" w14:paraId="4AAEEB86" w14:textId="77777777">
        <w:trPr>
          <w:cantSplit/>
          <w:trHeight w:val="227"/>
        </w:trPr>
        <w:tc>
          <w:tcPr>
            <w:tcW w:w="350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4D0F43B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Matka</w:t>
            </w:r>
            <w:proofErr w:type="spellEnd"/>
            <w:r>
              <w:rPr>
                <w:rFonts w:eastAsia="Arial"/>
                <w:sz w:val="16"/>
              </w:rPr>
              <w:t xml:space="preserve"> / </w:t>
            </w:r>
            <w:proofErr w:type="spellStart"/>
            <w:r>
              <w:rPr>
                <w:rFonts w:eastAsia="Arial"/>
                <w:sz w:val="16"/>
              </w:rPr>
              <w:t>opiekun</w:t>
            </w:r>
            <w:proofErr w:type="spellEnd"/>
            <w:r>
              <w:rPr>
                <w:rFonts w:eastAsia="Arial"/>
                <w:sz w:val="16"/>
              </w:rPr>
              <w:t xml:space="preserve"> prawny</w:t>
            </w:r>
          </w:p>
        </w:tc>
        <w:tc>
          <w:tcPr>
            <w:tcW w:w="430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361DF9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Adres</w:t>
            </w:r>
            <w:proofErr w:type="spellEnd"/>
            <w:r>
              <w:rPr>
                <w:rFonts w:eastAsia="Arial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sz w:val="16"/>
              </w:rPr>
              <w:t>zamieszkania</w:t>
            </w:r>
            <w:proofErr w:type="spellEnd"/>
          </w:p>
        </w:tc>
        <w:tc>
          <w:tcPr>
            <w:tcW w:w="228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A28CF8B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Numer</w:t>
            </w:r>
            <w:proofErr w:type="spellEnd"/>
            <w:r>
              <w:rPr>
                <w:rFonts w:eastAsia="Arial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sz w:val="16"/>
              </w:rPr>
              <w:t>telefonu</w:t>
            </w:r>
            <w:proofErr w:type="spellEnd"/>
          </w:p>
        </w:tc>
      </w:tr>
      <w:tr w:rsidR="007E1BAA" w14:paraId="60F64A17" w14:textId="77777777">
        <w:trPr>
          <w:cantSplit/>
          <w:trHeight w:val="272"/>
        </w:trPr>
        <w:tc>
          <w:tcPr>
            <w:tcW w:w="35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38E6054" w14:textId="77777777" w:rsidR="007E1BAA" w:rsidRDefault="007E1BAA">
            <w:pPr>
              <w:keepLines/>
              <w:spacing w:after="0" w:line="240" w:lineRule="auto"/>
            </w:pPr>
          </w:p>
        </w:tc>
        <w:tc>
          <w:tcPr>
            <w:tcW w:w="4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8123886" w14:textId="77777777" w:rsidR="007E1BAA" w:rsidRDefault="007E1BAA">
            <w:pPr>
              <w:keepLines/>
              <w:spacing w:after="0" w:line="240" w:lineRule="auto"/>
            </w:pPr>
          </w:p>
        </w:tc>
        <w:tc>
          <w:tcPr>
            <w:tcW w:w="22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E0F6DDB" w14:textId="77777777" w:rsidR="007E1BAA" w:rsidRDefault="007E1BAA">
            <w:pPr>
              <w:keepLines/>
              <w:spacing w:after="0" w:line="240" w:lineRule="auto"/>
            </w:pPr>
          </w:p>
        </w:tc>
      </w:tr>
      <w:tr w:rsidR="007E1BAA" w14:paraId="29B37038" w14:textId="77777777">
        <w:trPr>
          <w:cantSplit/>
          <w:trHeight w:val="227"/>
        </w:trPr>
        <w:tc>
          <w:tcPr>
            <w:tcW w:w="350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38544F9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Ojciec</w:t>
            </w:r>
            <w:proofErr w:type="spellEnd"/>
            <w:r>
              <w:rPr>
                <w:rFonts w:eastAsia="Arial"/>
                <w:sz w:val="16"/>
              </w:rPr>
              <w:t xml:space="preserve"> / </w:t>
            </w:r>
            <w:proofErr w:type="spellStart"/>
            <w:r>
              <w:rPr>
                <w:rFonts w:eastAsia="Arial"/>
                <w:sz w:val="16"/>
              </w:rPr>
              <w:t>opiekun</w:t>
            </w:r>
            <w:proofErr w:type="spellEnd"/>
            <w:r>
              <w:rPr>
                <w:rFonts w:eastAsia="Arial"/>
                <w:sz w:val="16"/>
              </w:rPr>
              <w:t xml:space="preserve"> prawny</w:t>
            </w:r>
          </w:p>
        </w:tc>
        <w:tc>
          <w:tcPr>
            <w:tcW w:w="430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AB3DE86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Adres</w:t>
            </w:r>
            <w:proofErr w:type="spellEnd"/>
            <w:r>
              <w:rPr>
                <w:rFonts w:eastAsia="Arial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sz w:val="16"/>
              </w:rPr>
              <w:t>zamieszkania</w:t>
            </w:r>
            <w:proofErr w:type="spellEnd"/>
          </w:p>
        </w:tc>
        <w:tc>
          <w:tcPr>
            <w:tcW w:w="228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16C7AE5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Numer</w:t>
            </w:r>
            <w:proofErr w:type="spellEnd"/>
            <w:r>
              <w:rPr>
                <w:rFonts w:eastAsia="Arial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sz w:val="16"/>
              </w:rPr>
              <w:t>telefonu</w:t>
            </w:r>
            <w:proofErr w:type="spellEnd"/>
          </w:p>
        </w:tc>
      </w:tr>
      <w:tr w:rsidR="007E1BAA" w14:paraId="5ABBBE21" w14:textId="77777777">
        <w:trPr>
          <w:cantSplit/>
          <w:trHeight w:val="272"/>
        </w:trPr>
        <w:tc>
          <w:tcPr>
            <w:tcW w:w="35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3E4E3B1" w14:textId="77777777" w:rsidR="007E1BAA" w:rsidRDefault="007E1BAA">
            <w:pPr>
              <w:keepLines/>
              <w:spacing w:after="0" w:line="240" w:lineRule="auto"/>
            </w:pPr>
          </w:p>
        </w:tc>
        <w:tc>
          <w:tcPr>
            <w:tcW w:w="4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EFFE4DA" w14:textId="77777777" w:rsidR="007E1BAA" w:rsidRDefault="007E1BAA">
            <w:pPr>
              <w:keepLines/>
              <w:spacing w:after="0" w:line="240" w:lineRule="auto"/>
            </w:pPr>
          </w:p>
        </w:tc>
        <w:tc>
          <w:tcPr>
            <w:tcW w:w="22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9FB5A16" w14:textId="77777777" w:rsidR="007E1BAA" w:rsidRDefault="007E1BAA">
            <w:pPr>
              <w:keepLines/>
              <w:spacing w:after="0" w:line="240" w:lineRule="auto"/>
            </w:pPr>
          </w:p>
        </w:tc>
      </w:tr>
    </w:tbl>
    <w:p w14:paraId="6F79E468" w14:textId="77777777" w:rsidR="007E1BAA" w:rsidRDefault="0045385F">
      <w:pPr>
        <w:pStyle w:val="Nagwek1"/>
        <w:pBdr>
          <w:bottom w:val="single" w:sz="8" w:space="0" w:color="000000"/>
        </w:pBdr>
        <w:shd w:val="clear" w:color="auto" w:fill="FFFFFF"/>
        <w:spacing w:before="60" w:after="24" w:line="240" w:lineRule="auto"/>
        <w:ind w:left="85" w:right="85"/>
      </w:pPr>
      <w:r>
        <w:rPr>
          <w:rFonts w:ascii="Arial" w:eastAsia="Arial" w:hAnsi="Arial"/>
          <w:sz w:val="20"/>
        </w:rPr>
        <w:t xml:space="preserve">III. </w:t>
      </w:r>
      <w:proofErr w:type="spellStart"/>
      <w:r>
        <w:rPr>
          <w:rFonts w:ascii="Arial" w:eastAsia="Arial" w:hAnsi="Arial"/>
          <w:sz w:val="20"/>
        </w:rPr>
        <w:t>Przyczyna</w:t>
      </w:r>
      <w:proofErr w:type="spellEnd"/>
      <w:r>
        <w:rPr>
          <w:rFonts w:ascii="Arial" w:eastAsia="Arial" w:hAnsi="Arial"/>
          <w:sz w:val="20"/>
        </w:rPr>
        <w:t xml:space="preserve"> </w:t>
      </w:r>
      <w:proofErr w:type="spellStart"/>
      <w:r>
        <w:rPr>
          <w:rFonts w:ascii="Arial" w:eastAsia="Arial" w:hAnsi="Arial"/>
          <w:sz w:val="20"/>
        </w:rPr>
        <w:t>korzystania</w:t>
      </w:r>
      <w:proofErr w:type="spellEnd"/>
      <w:r>
        <w:rPr>
          <w:rFonts w:ascii="Arial" w:eastAsia="Arial" w:hAnsi="Arial"/>
          <w:sz w:val="20"/>
        </w:rPr>
        <w:t xml:space="preserve"> </w:t>
      </w:r>
      <w:proofErr w:type="spellStart"/>
      <w:r>
        <w:rPr>
          <w:rFonts w:ascii="Arial" w:eastAsia="Arial" w:hAnsi="Arial"/>
          <w:sz w:val="20"/>
        </w:rPr>
        <w:t>ze</w:t>
      </w:r>
      <w:proofErr w:type="spellEnd"/>
      <w:r>
        <w:rPr>
          <w:rFonts w:ascii="Arial" w:eastAsia="Arial" w:hAnsi="Arial"/>
          <w:sz w:val="20"/>
        </w:rPr>
        <w:t xml:space="preserve"> </w:t>
      </w:r>
      <w:proofErr w:type="spellStart"/>
      <w:r>
        <w:rPr>
          <w:rFonts w:ascii="Arial" w:eastAsia="Arial" w:hAnsi="Arial"/>
          <w:sz w:val="20"/>
        </w:rPr>
        <w:t>świetlicy</w:t>
      </w:r>
      <w:proofErr w:type="spellEnd"/>
    </w:p>
    <w:p w14:paraId="323C639E" w14:textId="77777777" w:rsidR="007E1BAA" w:rsidRDefault="0045385F">
      <w:pPr>
        <w:keepLines/>
        <w:spacing w:after="14" w:line="240" w:lineRule="auto"/>
      </w:pPr>
      <w:proofErr w:type="spellStart"/>
      <w:r>
        <w:rPr>
          <w:rFonts w:eastAsia="Arial"/>
          <w:sz w:val="17"/>
        </w:rPr>
        <w:t>Proszę</w:t>
      </w:r>
      <w:proofErr w:type="spellEnd"/>
      <w:r>
        <w:rPr>
          <w:rFonts w:eastAsia="Arial"/>
          <w:sz w:val="17"/>
        </w:rPr>
        <w:t xml:space="preserve"> </w:t>
      </w:r>
      <w:proofErr w:type="spellStart"/>
      <w:r>
        <w:rPr>
          <w:rFonts w:eastAsia="Arial"/>
          <w:sz w:val="17"/>
        </w:rPr>
        <w:t>zaznaczyć</w:t>
      </w:r>
      <w:proofErr w:type="spellEnd"/>
      <w:r>
        <w:rPr>
          <w:rFonts w:eastAsia="Arial"/>
          <w:sz w:val="17"/>
        </w:rPr>
        <w:t xml:space="preserve"> </w:t>
      </w:r>
      <w:proofErr w:type="spellStart"/>
      <w:r>
        <w:rPr>
          <w:rFonts w:eastAsia="Arial"/>
          <w:sz w:val="17"/>
        </w:rPr>
        <w:t>właściwą</w:t>
      </w:r>
      <w:proofErr w:type="spellEnd"/>
      <w:r>
        <w:rPr>
          <w:rFonts w:eastAsia="Arial"/>
          <w:sz w:val="17"/>
        </w:rPr>
        <w:t xml:space="preserve"> </w:t>
      </w:r>
      <w:proofErr w:type="spellStart"/>
      <w:r>
        <w:rPr>
          <w:rFonts w:eastAsia="Arial"/>
          <w:sz w:val="17"/>
        </w:rPr>
        <w:t>odpowiedź</w:t>
      </w:r>
      <w:proofErr w:type="spellEnd"/>
      <w:r>
        <w:rPr>
          <w:rFonts w:eastAsia="Arial"/>
          <w:sz w:val="17"/>
        </w:rPr>
        <w:t>.</w:t>
      </w:r>
    </w:p>
    <w:p w14:paraId="51C6655C" w14:textId="77777777" w:rsidR="007E1BAA" w:rsidRPr="00E43A9A" w:rsidRDefault="0045385F">
      <w:pPr>
        <w:keepLines/>
        <w:spacing w:after="12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☐  Oboje rodzice lub opiekunowie prawni pracują zawodowo.</w:t>
      </w:r>
    </w:p>
    <w:p w14:paraId="432B66C5" w14:textId="77777777" w:rsidR="007E1BAA" w:rsidRPr="00E43A9A" w:rsidRDefault="0045385F">
      <w:pPr>
        <w:keepLines/>
        <w:spacing w:after="12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☐  Dzieckiem opiekuje się pracujący rodzic lub opiekun prawny, który samotnie sprawuje opiekę.</w:t>
      </w:r>
    </w:p>
    <w:p w14:paraId="73126011" w14:textId="77777777" w:rsidR="007E1BAA" w:rsidRPr="00E43A9A" w:rsidRDefault="0045385F">
      <w:pPr>
        <w:keepLines/>
        <w:spacing w:after="12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☐  Pobyt w świetlicy wynika z organizacji dowozu szkolnego.</w:t>
      </w:r>
    </w:p>
    <w:p w14:paraId="22FC577A" w14:textId="77777777" w:rsidR="007E1BAA" w:rsidRPr="00E43A9A" w:rsidRDefault="0045385F">
      <w:pPr>
        <w:keepLines/>
        <w:spacing w:after="12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 xml:space="preserve">☐  Inne okoliczności wymagające zapewnienia opieki: </w:t>
      </w:r>
      <w:r w:rsidRPr="00E43A9A">
        <w:rPr>
          <w:rFonts w:eastAsia="Arial"/>
          <w:i/>
          <w:sz w:val="17"/>
          <w:lang w:val="pl-PL"/>
        </w:rPr>
        <w:t>................................................................................................</w:t>
      </w:r>
    </w:p>
    <w:p w14:paraId="45B49AFE" w14:textId="77777777" w:rsidR="007E1BAA" w:rsidRPr="00E43A9A" w:rsidRDefault="0045385F">
      <w:pPr>
        <w:keepLines/>
        <w:spacing w:after="14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Oświadczam, że wskazana przyczyna korzystania ze świetlicy jest zgodna ze stanem faktycznym. Przyjmuję do wiadomości, że w uzasadnionych przypadkach szkoła może poprosić o dokument potwierdzający zatrudnienie lub sytuację rodzinną.</w:t>
      </w:r>
    </w:p>
    <w:p w14:paraId="3CAADA8A" w14:textId="77777777" w:rsidR="007E1BAA" w:rsidRPr="00E43A9A" w:rsidRDefault="0045385F">
      <w:pPr>
        <w:pStyle w:val="Nagwek1"/>
        <w:pBdr>
          <w:bottom w:val="single" w:sz="8" w:space="0" w:color="000000"/>
        </w:pBdr>
        <w:shd w:val="clear" w:color="auto" w:fill="FFFFFF"/>
        <w:spacing w:before="60" w:after="24" w:line="240" w:lineRule="auto"/>
        <w:ind w:left="85" w:right="85"/>
        <w:rPr>
          <w:lang w:val="pl-PL"/>
        </w:rPr>
      </w:pPr>
      <w:r w:rsidRPr="00E43A9A">
        <w:rPr>
          <w:rFonts w:ascii="Arial" w:eastAsia="Arial" w:hAnsi="Arial"/>
          <w:sz w:val="20"/>
          <w:lang w:val="pl-PL"/>
        </w:rPr>
        <w:t>IV. Planowane godziny pobytu dziecka w świetlicy</w:t>
      </w:r>
    </w:p>
    <w:p w14:paraId="018EB8ED" w14:textId="77777777" w:rsidR="007E1BAA" w:rsidRPr="00E43A9A" w:rsidRDefault="0045385F">
      <w:pPr>
        <w:keepLines/>
        <w:spacing w:after="14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Prosimy podać orientacyjne godziny. Każdą zmianę należy zgłosić wychowawcy świetlicy.</w:t>
      </w:r>
    </w:p>
    <w:tbl>
      <w:tblPr>
        <w:tblW w:w="10080" w:type="dxa"/>
        <w:tblInd w:w="8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2800"/>
        <w:gridCol w:w="4480"/>
      </w:tblGrid>
      <w:tr w:rsidR="007E1BAA" w14:paraId="0B395709" w14:textId="77777777">
        <w:trPr>
          <w:cantSplit/>
          <w:trHeight w:val="283"/>
          <w:tblHeader/>
        </w:trPr>
        <w:tc>
          <w:tcPr>
            <w:tcW w:w="280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5918F0" w14:textId="77777777" w:rsidR="007E1BAA" w:rsidRDefault="0045385F">
            <w:pPr>
              <w:keepLines/>
              <w:spacing w:after="0" w:line="240" w:lineRule="auto"/>
              <w:jc w:val="center"/>
            </w:pPr>
            <w:proofErr w:type="spellStart"/>
            <w:r>
              <w:rPr>
                <w:rFonts w:eastAsia="Arial"/>
                <w:b/>
                <w:sz w:val="16"/>
              </w:rPr>
              <w:t>Dzień</w:t>
            </w:r>
            <w:proofErr w:type="spellEnd"/>
            <w:r>
              <w:rPr>
                <w:rFonts w:eastAsia="Arial"/>
                <w:b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6"/>
              </w:rPr>
              <w:t>tygodnia</w:t>
            </w:r>
            <w:proofErr w:type="spellEnd"/>
          </w:p>
        </w:tc>
        <w:tc>
          <w:tcPr>
            <w:tcW w:w="280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41E9BEA" w14:textId="77777777" w:rsidR="007E1BAA" w:rsidRDefault="0045385F">
            <w:pPr>
              <w:keepLines/>
              <w:spacing w:after="0" w:line="240" w:lineRule="auto"/>
              <w:jc w:val="center"/>
            </w:pPr>
            <w:proofErr w:type="spellStart"/>
            <w:r>
              <w:rPr>
                <w:rFonts w:eastAsia="Arial"/>
                <w:b/>
                <w:sz w:val="16"/>
              </w:rPr>
              <w:t>Godzina</w:t>
            </w:r>
            <w:proofErr w:type="spellEnd"/>
            <w:r>
              <w:rPr>
                <w:rFonts w:eastAsia="Arial"/>
                <w:b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6"/>
              </w:rPr>
              <w:t>przyjścia</w:t>
            </w:r>
            <w:proofErr w:type="spellEnd"/>
          </w:p>
        </w:tc>
        <w:tc>
          <w:tcPr>
            <w:tcW w:w="448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5500E17" w14:textId="77777777" w:rsidR="007E1BAA" w:rsidRDefault="0045385F">
            <w:pPr>
              <w:keepLines/>
              <w:spacing w:after="0" w:line="240" w:lineRule="auto"/>
              <w:jc w:val="center"/>
            </w:pPr>
            <w:proofErr w:type="spellStart"/>
            <w:r>
              <w:rPr>
                <w:rFonts w:eastAsia="Arial"/>
                <w:b/>
                <w:sz w:val="16"/>
              </w:rPr>
              <w:t>Planowana</w:t>
            </w:r>
            <w:proofErr w:type="spellEnd"/>
            <w:r>
              <w:rPr>
                <w:rFonts w:eastAsia="Arial"/>
                <w:b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6"/>
              </w:rPr>
              <w:t>godzina</w:t>
            </w:r>
            <w:proofErr w:type="spellEnd"/>
            <w:r>
              <w:rPr>
                <w:rFonts w:eastAsia="Arial"/>
                <w:b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6"/>
              </w:rPr>
              <w:t>opuszczenia</w:t>
            </w:r>
            <w:proofErr w:type="spellEnd"/>
            <w:r>
              <w:rPr>
                <w:rFonts w:eastAsia="Arial"/>
                <w:b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6"/>
              </w:rPr>
              <w:t>świetlicy</w:t>
            </w:r>
            <w:proofErr w:type="spellEnd"/>
          </w:p>
        </w:tc>
      </w:tr>
      <w:tr w:rsidR="007E1BAA" w14:paraId="14523D8A" w14:textId="77777777">
        <w:trPr>
          <w:cantSplit/>
          <w:trHeight w:val="238"/>
        </w:trPr>
        <w:tc>
          <w:tcPr>
            <w:tcW w:w="28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1CC9D1B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Poniedziałek</w:t>
            </w:r>
            <w:proofErr w:type="spellEnd"/>
          </w:p>
        </w:tc>
        <w:tc>
          <w:tcPr>
            <w:tcW w:w="28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1B3EE6D" w14:textId="77777777" w:rsidR="007E1BAA" w:rsidRDefault="007E1BAA">
            <w:pPr>
              <w:keepLines/>
              <w:spacing w:after="0" w:line="240" w:lineRule="auto"/>
            </w:pPr>
          </w:p>
        </w:tc>
        <w:tc>
          <w:tcPr>
            <w:tcW w:w="44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CE885D" w14:textId="77777777" w:rsidR="007E1BAA" w:rsidRDefault="007E1BAA">
            <w:pPr>
              <w:keepLines/>
              <w:spacing w:after="0" w:line="240" w:lineRule="auto"/>
            </w:pPr>
          </w:p>
        </w:tc>
      </w:tr>
      <w:tr w:rsidR="007E1BAA" w14:paraId="6B4BF5FE" w14:textId="77777777">
        <w:trPr>
          <w:cantSplit/>
          <w:trHeight w:val="238"/>
        </w:trPr>
        <w:tc>
          <w:tcPr>
            <w:tcW w:w="28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20FA43C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Wtorek</w:t>
            </w:r>
            <w:proofErr w:type="spellEnd"/>
          </w:p>
        </w:tc>
        <w:tc>
          <w:tcPr>
            <w:tcW w:w="28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D1C681E" w14:textId="77777777" w:rsidR="007E1BAA" w:rsidRDefault="007E1BAA">
            <w:pPr>
              <w:keepLines/>
              <w:spacing w:after="0" w:line="240" w:lineRule="auto"/>
            </w:pPr>
          </w:p>
        </w:tc>
        <w:tc>
          <w:tcPr>
            <w:tcW w:w="44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D303F7" w14:textId="77777777" w:rsidR="007E1BAA" w:rsidRDefault="007E1BAA">
            <w:pPr>
              <w:keepLines/>
              <w:spacing w:after="0" w:line="240" w:lineRule="auto"/>
            </w:pPr>
          </w:p>
        </w:tc>
      </w:tr>
      <w:tr w:rsidR="007E1BAA" w14:paraId="40341DCC" w14:textId="77777777">
        <w:trPr>
          <w:cantSplit/>
          <w:trHeight w:val="238"/>
        </w:trPr>
        <w:tc>
          <w:tcPr>
            <w:tcW w:w="28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28F441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Środa</w:t>
            </w:r>
            <w:proofErr w:type="spellEnd"/>
          </w:p>
        </w:tc>
        <w:tc>
          <w:tcPr>
            <w:tcW w:w="28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2F3981" w14:textId="77777777" w:rsidR="007E1BAA" w:rsidRDefault="007E1BAA">
            <w:pPr>
              <w:keepLines/>
              <w:spacing w:after="0" w:line="240" w:lineRule="auto"/>
            </w:pPr>
          </w:p>
        </w:tc>
        <w:tc>
          <w:tcPr>
            <w:tcW w:w="44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BDE62C" w14:textId="77777777" w:rsidR="007E1BAA" w:rsidRDefault="007E1BAA">
            <w:pPr>
              <w:keepLines/>
              <w:spacing w:after="0" w:line="240" w:lineRule="auto"/>
            </w:pPr>
          </w:p>
        </w:tc>
      </w:tr>
      <w:tr w:rsidR="007E1BAA" w14:paraId="0132E2D7" w14:textId="77777777">
        <w:trPr>
          <w:cantSplit/>
          <w:trHeight w:val="238"/>
        </w:trPr>
        <w:tc>
          <w:tcPr>
            <w:tcW w:w="28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67DFAC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Czwartek</w:t>
            </w:r>
            <w:proofErr w:type="spellEnd"/>
          </w:p>
        </w:tc>
        <w:tc>
          <w:tcPr>
            <w:tcW w:w="28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FC84AD" w14:textId="77777777" w:rsidR="007E1BAA" w:rsidRDefault="007E1BAA">
            <w:pPr>
              <w:keepLines/>
              <w:spacing w:after="0" w:line="240" w:lineRule="auto"/>
            </w:pPr>
          </w:p>
        </w:tc>
        <w:tc>
          <w:tcPr>
            <w:tcW w:w="44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7ACDB9" w14:textId="77777777" w:rsidR="007E1BAA" w:rsidRDefault="007E1BAA">
            <w:pPr>
              <w:keepLines/>
              <w:spacing w:after="0" w:line="240" w:lineRule="auto"/>
            </w:pPr>
          </w:p>
        </w:tc>
      </w:tr>
      <w:tr w:rsidR="007E1BAA" w14:paraId="10847FA9" w14:textId="77777777">
        <w:trPr>
          <w:cantSplit/>
          <w:trHeight w:val="238"/>
        </w:trPr>
        <w:tc>
          <w:tcPr>
            <w:tcW w:w="28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835012A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Piątek</w:t>
            </w:r>
            <w:proofErr w:type="spellEnd"/>
          </w:p>
        </w:tc>
        <w:tc>
          <w:tcPr>
            <w:tcW w:w="28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7A5E6F" w14:textId="77777777" w:rsidR="007E1BAA" w:rsidRDefault="007E1BAA">
            <w:pPr>
              <w:keepLines/>
              <w:spacing w:after="0" w:line="240" w:lineRule="auto"/>
            </w:pPr>
          </w:p>
        </w:tc>
        <w:tc>
          <w:tcPr>
            <w:tcW w:w="44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58593D1" w14:textId="77777777" w:rsidR="007E1BAA" w:rsidRDefault="007E1BAA">
            <w:pPr>
              <w:keepLines/>
              <w:spacing w:after="0" w:line="240" w:lineRule="auto"/>
            </w:pPr>
          </w:p>
        </w:tc>
      </w:tr>
    </w:tbl>
    <w:p w14:paraId="59C64AFF" w14:textId="4F71188D" w:rsidR="00B64D21" w:rsidRPr="00B64D21" w:rsidRDefault="0045385F" w:rsidP="00B64D21">
      <w:pPr>
        <w:pStyle w:val="Nagwek1"/>
        <w:pBdr>
          <w:bottom w:val="single" w:sz="8" w:space="0" w:color="000000"/>
        </w:pBdr>
        <w:shd w:val="clear" w:color="auto" w:fill="FFFFFF"/>
        <w:spacing w:before="60" w:after="24" w:line="240" w:lineRule="auto"/>
        <w:ind w:left="85" w:right="85"/>
        <w:rPr>
          <w:rFonts w:ascii="Arial" w:eastAsia="Arial" w:hAnsi="Arial"/>
          <w:sz w:val="20"/>
          <w:u w:val="single"/>
        </w:rPr>
      </w:pPr>
      <w:r w:rsidRPr="00B64D21">
        <w:rPr>
          <w:rFonts w:ascii="Arial" w:eastAsia="Arial" w:hAnsi="Arial"/>
          <w:sz w:val="20"/>
          <w:u w:val="single"/>
        </w:rPr>
        <w:t xml:space="preserve">V. </w:t>
      </w:r>
      <w:proofErr w:type="spellStart"/>
      <w:r w:rsidRPr="00B64D21">
        <w:rPr>
          <w:rFonts w:ascii="Arial" w:eastAsia="Arial" w:hAnsi="Arial"/>
          <w:sz w:val="20"/>
          <w:u w:val="single"/>
        </w:rPr>
        <w:t>Sposób</w:t>
      </w:r>
      <w:proofErr w:type="spellEnd"/>
      <w:r w:rsidRPr="00B64D21">
        <w:rPr>
          <w:rFonts w:ascii="Arial" w:eastAsia="Arial" w:hAnsi="Arial"/>
          <w:sz w:val="20"/>
          <w:u w:val="single"/>
        </w:rPr>
        <w:t xml:space="preserve"> </w:t>
      </w:r>
      <w:proofErr w:type="spellStart"/>
      <w:r w:rsidRPr="00B64D21">
        <w:rPr>
          <w:rFonts w:ascii="Arial" w:eastAsia="Arial" w:hAnsi="Arial"/>
          <w:sz w:val="20"/>
          <w:u w:val="single"/>
        </w:rPr>
        <w:t>opuszczania</w:t>
      </w:r>
      <w:proofErr w:type="spellEnd"/>
      <w:r w:rsidRPr="00B64D21">
        <w:rPr>
          <w:rFonts w:ascii="Arial" w:eastAsia="Arial" w:hAnsi="Arial"/>
          <w:sz w:val="20"/>
          <w:u w:val="single"/>
        </w:rPr>
        <w:t xml:space="preserve"> </w:t>
      </w:r>
      <w:proofErr w:type="spellStart"/>
      <w:r w:rsidRPr="00B64D21">
        <w:rPr>
          <w:rFonts w:ascii="Arial" w:eastAsia="Arial" w:hAnsi="Arial"/>
          <w:sz w:val="20"/>
          <w:u w:val="single"/>
        </w:rPr>
        <w:t>świetlic</w:t>
      </w:r>
      <w:proofErr w:type="spellEnd"/>
    </w:p>
    <w:p w14:paraId="19F555BA" w14:textId="7D4BA357" w:rsidR="007E1BAA" w:rsidRDefault="0045385F">
      <w:pPr>
        <w:pStyle w:val="Nagwek2"/>
        <w:spacing w:before="44" w:after="16" w:line="240" w:lineRule="auto"/>
      </w:pPr>
      <w:r>
        <w:rPr>
          <w:rFonts w:ascii="Arial" w:eastAsia="Arial" w:hAnsi="Arial"/>
          <w:sz w:val="19"/>
        </w:rPr>
        <w:t xml:space="preserve">V.1. </w:t>
      </w:r>
      <w:proofErr w:type="spellStart"/>
      <w:r>
        <w:rPr>
          <w:rFonts w:ascii="Arial" w:eastAsia="Arial" w:hAnsi="Arial"/>
          <w:sz w:val="19"/>
        </w:rPr>
        <w:t>Powrót</w:t>
      </w:r>
      <w:proofErr w:type="spellEnd"/>
      <w:r>
        <w:rPr>
          <w:rFonts w:ascii="Arial" w:eastAsia="Arial" w:hAnsi="Arial"/>
          <w:sz w:val="19"/>
        </w:rPr>
        <w:t xml:space="preserve"> </w:t>
      </w:r>
      <w:proofErr w:type="spellStart"/>
      <w:r>
        <w:rPr>
          <w:rFonts w:ascii="Arial" w:eastAsia="Arial" w:hAnsi="Arial"/>
          <w:sz w:val="19"/>
        </w:rPr>
        <w:t>autobusem</w:t>
      </w:r>
      <w:proofErr w:type="spellEnd"/>
      <w:r>
        <w:rPr>
          <w:rFonts w:ascii="Arial" w:eastAsia="Arial" w:hAnsi="Arial"/>
          <w:sz w:val="19"/>
        </w:rPr>
        <w:t xml:space="preserve"> </w:t>
      </w:r>
      <w:proofErr w:type="spellStart"/>
      <w:r>
        <w:rPr>
          <w:rFonts w:ascii="Arial" w:eastAsia="Arial" w:hAnsi="Arial"/>
          <w:sz w:val="19"/>
        </w:rPr>
        <w:t>szkolnym</w:t>
      </w:r>
      <w:proofErr w:type="spellEnd"/>
    </w:p>
    <w:p w14:paraId="73E6759E" w14:textId="77777777" w:rsidR="007E1BAA" w:rsidRPr="00E43A9A" w:rsidRDefault="0045385F">
      <w:pPr>
        <w:keepLines/>
        <w:spacing w:after="14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W każdym wierszu proszę zaznaczyć jedną opcję. W dniu korzystania z autobusu należy wpisać godzinę odjazdu zgodną z aktualnym rozkładem.</w:t>
      </w:r>
    </w:p>
    <w:tbl>
      <w:tblPr>
        <w:tblW w:w="10080" w:type="dxa"/>
        <w:tblInd w:w="8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0"/>
        <w:gridCol w:w="1800"/>
        <w:gridCol w:w="2915"/>
        <w:gridCol w:w="2915"/>
      </w:tblGrid>
      <w:tr w:rsidR="007E1BAA" w14:paraId="350C6B3E" w14:textId="77777777">
        <w:trPr>
          <w:cantSplit/>
          <w:trHeight w:val="283"/>
          <w:tblHeader/>
        </w:trPr>
        <w:tc>
          <w:tcPr>
            <w:tcW w:w="245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3B1F50" w14:textId="77777777" w:rsidR="007E1BAA" w:rsidRDefault="0045385F">
            <w:pPr>
              <w:keepLines/>
              <w:spacing w:after="0" w:line="240" w:lineRule="auto"/>
              <w:jc w:val="center"/>
            </w:pPr>
            <w:proofErr w:type="spellStart"/>
            <w:r>
              <w:rPr>
                <w:rFonts w:eastAsia="Arial"/>
                <w:b/>
                <w:sz w:val="16"/>
              </w:rPr>
              <w:t>Dzień</w:t>
            </w:r>
            <w:proofErr w:type="spellEnd"/>
            <w:r>
              <w:rPr>
                <w:rFonts w:eastAsia="Arial"/>
                <w:b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6"/>
              </w:rPr>
              <w:t>tygodnia</w:t>
            </w:r>
            <w:proofErr w:type="spellEnd"/>
          </w:p>
        </w:tc>
        <w:tc>
          <w:tcPr>
            <w:tcW w:w="180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62D3613" w14:textId="77777777" w:rsidR="007E1BAA" w:rsidRDefault="0045385F">
            <w:pPr>
              <w:keepLines/>
              <w:spacing w:after="0" w:line="240" w:lineRule="auto"/>
              <w:jc w:val="center"/>
            </w:pPr>
            <w:proofErr w:type="spellStart"/>
            <w:r>
              <w:rPr>
                <w:rFonts w:eastAsia="Arial"/>
                <w:b/>
                <w:sz w:val="16"/>
              </w:rPr>
              <w:t>Nie</w:t>
            </w:r>
            <w:proofErr w:type="spellEnd"/>
            <w:r>
              <w:rPr>
                <w:rFonts w:eastAsia="Arial"/>
                <w:b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6"/>
              </w:rPr>
              <w:t>korzysta</w:t>
            </w:r>
            <w:proofErr w:type="spellEnd"/>
          </w:p>
        </w:tc>
        <w:tc>
          <w:tcPr>
            <w:tcW w:w="2915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F80540A" w14:textId="77777777" w:rsidR="007E1BAA" w:rsidRDefault="0045385F">
            <w:pPr>
              <w:keepLines/>
              <w:spacing w:after="0" w:line="240" w:lineRule="auto"/>
              <w:jc w:val="center"/>
            </w:pPr>
            <w:r>
              <w:rPr>
                <w:rFonts w:eastAsia="Arial"/>
                <w:b/>
                <w:sz w:val="16"/>
              </w:rPr>
              <w:t xml:space="preserve">I </w:t>
            </w:r>
            <w:proofErr w:type="spellStart"/>
            <w:r>
              <w:rPr>
                <w:rFonts w:eastAsia="Arial"/>
                <w:b/>
                <w:sz w:val="16"/>
              </w:rPr>
              <w:t>odwóz</w:t>
            </w:r>
            <w:proofErr w:type="spellEnd"/>
            <w:r>
              <w:rPr>
                <w:rFonts w:eastAsia="Arial"/>
                <w:b/>
                <w:sz w:val="16"/>
              </w:rPr>
              <w:t xml:space="preserve"> - </w:t>
            </w:r>
            <w:proofErr w:type="spellStart"/>
            <w:r>
              <w:rPr>
                <w:rFonts w:eastAsia="Arial"/>
                <w:b/>
                <w:sz w:val="16"/>
              </w:rPr>
              <w:t>godzina</w:t>
            </w:r>
            <w:proofErr w:type="spellEnd"/>
          </w:p>
        </w:tc>
        <w:tc>
          <w:tcPr>
            <w:tcW w:w="2915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924D502" w14:textId="77777777" w:rsidR="007E1BAA" w:rsidRDefault="0045385F">
            <w:pPr>
              <w:keepLines/>
              <w:spacing w:after="0" w:line="240" w:lineRule="auto"/>
              <w:jc w:val="center"/>
            </w:pPr>
            <w:r>
              <w:rPr>
                <w:rFonts w:eastAsia="Arial"/>
                <w:b/>
                <w:sz w:val="16"/>
              </w:rPr>
              <w:t xml:space="preserve">II </w:t>
            </w:r>
            <w:proofErr w:type="spellStart"/>
            <w:r>
              <w:rPr>
                <w:rFonts w:eastAsia="Arial"/>
                <w:b/>
                <w:sz w:val="16"/>
              </w:rPr>
              <w:t>odwóz</w:t>
            </w:r>
            <w:proofErr w:type="spellEnd"/>
            <w:r>
              <w:rPr>
                <w:rFonts w:eastAsia="Arial"/>
                <w:b/>
                <w:sz w:val="16"/>
              </w:rPr>
              <w:t xml:space="preserve"> - </w:t>
            </w:r>
            <w:proofErr w:type="spellStart"/>
            <w:r>
              <w:rPr>
                <w:rFonts w:eastAsia="Arial"/>
                <w:b/>
                <w:sz w:val="16"/>
              </w:rPr>
              <w:t>godzina</w:t>
            </w:r>
            <w:proofErr w:type="spellEnd"/>
          </w:p>
        </w:tc>
      </w:tr>
      <w:tr w:rsidR="007E1BAA" w14:paraId="3C13279C" w14:textId="77777777">
        <w:trPr>
          <w:cantSplit/>
          <w:trHeight w:val="232"/>
        </w:trPr>
        <w:tc>
          <w:tcPr>
            <w:tcW w:w="245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7B083C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Poniedziałek</w:t>
            </w:r>
            <w:proofErr w:type="spellEnd"/>
          </w:p>
        </w:tc>
        <w:tc>
          <w:tcPr>
            <w:tcW w:w="18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2F7B00D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>☐</w:t>
            </w:r>
          </w:p>
        </w:tc>
        <w:tc>
          <w:tcPr>
            <w:tcW w:w="291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329BCC9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 xml:space="preserve">☐  </w:t>
            </w:r>
            <w:proofErr w:type="spellStart"/>
            <w:r>
              <w:rPr>
                <w:rFonts w:eastAsia="Arial"/>
                <w:sz w:val="16"/>
              </w:rPr>
              <w:t>godz</w:t>
            </w:r>
            <w:proofErr w:type="spellEnd"/>
            <w:r>
              <w:rPr>
                <w:rFonts w:eastAsia="Arial"/>
                <w:sz w:val="16"/>
              </w:rPr>
              <w:t>. ................</w:t>
            </w:r>
          </w:p>
        </w:tc>
        <w:tc>
          <w:tcPr>
            <w:tcW w:w="291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33C519A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 xml:space="preserve">☐  </w:t>
            </w:r>
            <w:proofErr w:type="spellStart"/>
            <w:r>
              <w:rPr>
                <w:rFonts w:eastAsia="Arial"/>
                <w:sz w:val="16"/>
              </w:rPr>
              <w:t>godz</w:t>
            </w:r>
            <w:proofErr w:type="spellEnd"/>
            <w:r>
              <w:rPr>
                <w:rFonts w:eastAsia="Arial"/>
                <w:sz w:val="16"/>
              </w:rPr>
              <w:t>. ................</w:t>
            </w:r>
          </w:p>
        </w:tc>
      </w:tr>
      <w:tr w:rsidR="007E1BAA" w14:paraId="3B404A3D" w14:textId="77777777">
        <w:trPr>
          <w:cantSplit/>
          <w:trHeight w:val="232"/>
        </w:trPr>
        <w:tc>
          <w:tcPr>
            <w:tcW w:w="245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5E35B06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Wtorek</w:t>
            </w:r>
            <w:proofErr w:type="spellEnd"/>
          </w:p>
        </w:tc>
        <w:tc>
          <w:tcPr>
            <w:tcW w:w="18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27CD5F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>☐</w:t>
            </w:r>
          </w:p>
        </w:tc>
        <w:tc>
          <w:tcPr>
            <w:tcW w:w="291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7FE8756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 xml:space="preserve">☐  </w:t>
            </w:r>
            <w:proofErr w:type="spellStart"/>
            <w:r>
              <w:rPr>
                <w:rFonts w:eastAsia="Arial"/>
                <w:sz w:val="16"/>
              </w:rPr>
              <w:t>godz</w:t>
            </w:r>
            <w:proofErr w:type="spellEnd"/>
            <w:r>
              <w:rPr>
                <w:rFonts w:eastAsia="Arial"/>
                <w:sz w:val="16"/>
              </w:rPr>
              <w:t>. ................</w:t>
            </w:r>
          </w:p>
        </w:tc>
        <w:tc>
          <w:tcPr>
            <w:tcW w:w="291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A9AAF35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 xml:space="preserve">☐  </w:t>
            </w:r>
            <w:proofErr w:type="spellStart"/>
            <w:r>
              <w:rPr>
                <w:rFonts w:eastAsia="Arial"/>
                <w:sz w:val="16"/>
              </w:rPr>
              <w:t>godz</w:t>
            </w:r>
            <w:proofErr w:type="spellEnd"/>
            <w:r>
              <w:rPr>
                <w:rFonts w:eastAsia="Arial"/>
                <w:sz w:val="16"/>
              </w:rPr>
              <w:t>. ................</w:t>
            </w:r>
          </w:p>
        </w:tc>
      </w:tr>
      <w:tr w:rsidR="007E1BAA" w14:paraId="17816F05" w14:textId="77777777">
        <w:trPr>
          <w:cantSplit/>
          <w:trHeight w:val="232"/>
        </w:trPr>
        <w:tc>
          <w:tcPr>
            <w:tcW w:w="245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6CD2AA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Środa</w:t>
            </w:r>
            <w:proofErr w:type="spellEnd"/>
          </w:p>
        </w:tc>
        <w:tc>
          <w:tcPr>
            <w:tcW w:w="18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DA88B1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>☐</w:t>
            </w:r>
          </w:p>
        </w:tc>
        <w:tc>
          <w:tcPr>
            <w:tcW w:w="291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BACC57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 xml:space="preserve">☐  </w:t>
            </w:r>
            <w:proofErr w:type="spellStart"/>
            <w:r>
              <w:rPr>
                <w:rFonts w:eastAsia="Arial"/>
                <w:sz w:val="16"/>
              </w:rPr>
              <w:t>godz</w:t>
            </w:r>
            <w:proofErr w:type="spellEnd"/>
            <w:r>
              <w:rPr>
                <w:rFonts w:eastAsia="Arial"/>
                <w:sz w:val="16"/>
              </w:rPr>
              <w:t>. ................</w:t>
            </w:r>
          </w:p>
        </w:tc>
        <w:tc>
          <w:tcPr>
            <w:tcW w:w="291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83DD783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 xml:space="preserve">☐  </w:t>
            </w:r>
            <w:proofErr w:type="spellStart"/>
            <w:r>
              <w:rPr>
                <w:rFonts w:eastAsia="Arial"/>
                <w:sz w:val="16"/>
              </w:rPr>
              <w:t>godz</w:t>
            </w:r>
            <w:proofErr w:type="spellEnd"/>
            <w:r>
              <w:rPr>
                <w:rFonts w:eastAsia="Arial"/>
                <w:sz w:val="16"/>
              </w:rPr>
              <w:t>. ................</w:t>
            </w:r>
          </w:p>
        </w:tc>
      </w:tr>
      <w:tr w:rsidR="007E1BAA" w14:paraId="3573880E" w14:textId="77777777">
        <w:trPr>
          <w:cantSplit/>
          <w:trHeight w:val="232"/>
        </w:trPr>
        <w:tc>
          <w:tcPr>
            <w:tcW w:w="245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8CCFA8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Czwartek</w:t>
            </w:r>
            <w:proofErr w:type="spellEnd"/>
          </w:p>
        </w:tc>
        <w:tc>
          <w:tcPr>
            <w:tcW w:w="18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074CC1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>☐</w:t>
            </w:r>
          </w:p>
        </w:tc>
        <w:tc>
          <w:tcPr>
            <w:tcW w:w="291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7185117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 xml:space="preserve">☐  </w:t>
            </w:r>
            <w:proofErr w:type="spellStart"/>
            <w:r>
              <w:rPr>
                <w:rFonts w:eastAsia="Arial"/>
                <w:sz w:val="16"/>
              </w:rPr>
              <w:t>godz</w:t>
            </w:r>
            <w:proofErr w:type="spellEnd"/>
            <w:r>
              <w:rPr>
                <w:rFonts w:eastAsia="Arial"/>
                <w:sz w:val="16"/>
              </w:rPr>
              <w:t>. ................</w:t>
            </w:r>
          </w:p>
        </w:tc>
        <w:tc>
          <w:tcPr>
            <w:tcW w:w="291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EBDC6A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 xml:space="preserve">☐  </w:t>
            </w:r>
            <w:proofErr w:type="spellStart"/>
            <w:r>
              <w:rPr>
                <w:rFonts w:eastAsia="Arial"/>
                <w:sz w:val="16"/>
              </w:rPr>
              <w:t>godz</w:t>
            </w:r>
            <w:proofErr w:type="spellEnd"/>
            <w:r>
              <w:rPr>
                <w:rFonts w:eastAsia="Arial"/>
                <w:sz w:val="16"/>
              </w:rPr>
              <w:t>. ................</w:t>
            </w:r>
          </w:p>
        </w:tc>
      </w:tr>
      <w:tr w:rsidR="007E1BAA" w14:paraId="6A6386B9" w14:textId="77777777">
        <w:trPr>
          <w:cantSplit/>
          <w:trHeight w:val="232"/>
        </w:trPr>
        <w:tc>
          <w:tcPr>
            <w:tcW w:w="245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3747BF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Piątek</w:t>
            </w:r>
            <w:proofErr w:type="spellEnd"/>
          </w:p>
        </w:tc>
        <w:tc>
          <w:tcPr>
            <w:tcW w:w="18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C828E0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>☐</w:t>
            </w:r>
          </w:p>
        </w:tc>
        <w:tc>
          <w:tcPr>
            <w:tcW w:w="291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D505F3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 xml:space="preserve">☐  </w:t>
            </w:r>
            <w:proofErr w:type="spellStart"/>
            <w:r>
              <w:rPr>
                <w:rFonts w:eastAsia="Arial"/>
                <w:sz w:val="16"/>
              </w:rPr>
              <w:t>godz</w:t>
            </w:r>
            <w:proofErr w:type="spellEnd"/>
            <w:r>
              <w:rPr>
                <w:rFonts w:eastAsia="Arial"/>
                <w:sz w:val="16"/>
              </w:rPr>
              <w:t>. ................</w:t>
            </w:r>
          </w:p>
        </w:tc>
        <w:tc>
          <w:tcPr>
            <w:tcW w:w="291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351F652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 xml:space="preserve">☐  </w:t>
            </w:r>
            <w:proofErr w:type="spellStart"/>
            <w:r>
              <w:rPr>
                <w:rFonts w:eastAsia="Arial"/>
                <w:sz w:val="16"/>
              </w:rPr>
              <w:t>godz</w:t>
            </w:r>
            <w:proofErr w:type="spellEnd"/>
            <w:r>
              <w:rPr>
                <w:rFonts w:eastAsia="Arial"/>
                <w:sz w:val="16"/>
              </w:rPr>
              <w:t>. ................</w:t>
            </w:r>
          </w:p>
        </w:tc>
      </w:tr>
    </w:tbl>
    <w:p w14:paraId="0734465F" w14:textId="77777777" w:rsidR="007E1BAA" w:rsidRPr="00E43A9A" w:rsidRDefault="0045385F">
      <w:pPr>
        <w:keepLines/>
        <w:spacing w:after="14" w:line="240" w:lineRule="auto"/>
        <w:rPr>
          <w:lang w:val="pl-PL"/>
        </w:rPr>
      </w:pPr>
      <w:r w:rsidRPr="00E43A9A">
        <w:rPr>
          <w:rFonts w:eastAsia="Arial"/>
          <w:i/>
          <w:sz w:val="17"/>
          <w:lang w:val="pl-PL"/>
        </w:rPr>
        <w:t>Zmianę sposobu lub godziny powrotu autobusem szkolnym rodzic albo opiekun prawny zgłasza pisemnie wychowawcy świetlicy.</w:t>
      </w:r>
    </w:p>
    <w:p w14:paraId="7B7C51D9" w14:textId="77777777" w:rsidR="007E1BAA" w:rsidRPr="00E43A9A" w:rsidRDefault="0045385F">
      <w:pPr>
        <w:pStyle w:val="Nagwek2"/>
        <w:spacing w:before="44" w:after="16" w:line="240" w:lineRule="auto"/>
        <w:rPr>
          <w:lang w:val="pl-PL"/>
        </w:rPr>
      </w:pPr>
      <w:r w:rsidRPr="00E43A9A">
        <w:rPr>
          <w:rFonts w:ascii="Arial" w:eastAsia="Arial" w:hAnsi="Arial"/>
          <w:sz w:val="19"/>
          <w:lang w:val="pl-PL"/>
        </w:rPr>
        <w:t>V.2. Samodzielne opuszczanie świetlicy</w:t>
      </w:r>
    </w:p>
    <w:p w14:paraId="6B5CD988" w14:textId="77777777" w:rsidR="007E1BAA" w:rsidRPr="00E43A9A" w:rsidRDefault="0045385F">
      <w:pPr>
        <w:keepLines/>
        <w:spacing w:after="14" w:line="240" w:lineRule="auto"/>
        <w:rPr>
          <w:lang w:val="pl-PL"/>
        </w:rPr>
      </w:pPr>
      <w:r w:rsidRPr="00E43A9A">
        <w:rPr>
          <w:rFonts w:eastAsia="Arial"/>
          <w:b/>
          <w:sz w:val="17"/>
          <w:lang w:val="pl-PL"/>
        </w:rPr>
        <w:t>ZEZWALAM / NIE ZEZWALAM*</w:t>
      </w:r>
      <w:r w:rsidRPr="00E43A9A">
        <w:rPr>
          <w:rFonts w:eastAsia="Arial"/>
          <w:sz w:val="17"/>
          <w:lang w:val="pl-PL"/>
        </w:rPr>
        <w:t xml:space="preserve"> mojemu dziecku na samodzielne opuszczanie świetlicy i powrót do domu zgodnie z poniższym harmonogramem. </w:t>
      </w:r>
      <w:r w:rsidRPr="00E43A9A">
        <w:rPr>
          <w:rFonts w:eastAsia="Arial"/>
          <w:i/>
          <w:sz w:val="17"/>
          <w:lang w:val="pl-PL"/>
        </w:rPr>
        <w:t>*Niepotrzebne skreślić.</w:t>
      </w:r>
    </w:p>
    <w:p w14:paraId="64121F3B" w14:textId="77777777" w:rsidR="007E1BAA" w:rsidRPr="00E43A9A" w:rsidRDefault="0045385F">
      <w:pPr>
        <w:keepLines/>
        <w:spacing w:after="14" w:line="240" w:lineRule="auto"/>
        <w:rPr>
          <w:lang w:val="pl-PL"/>
        </w:rPr>
      </w:pPr>
      <w:r w:rsidRPr="00E43A9A">
        <w:rPr>
          <w:rFonts w:eastAsia="Arial"/>
          <w:b/>
          <w:sz w:val="17"/>
          <w:lang w:val="pl-PL"/>
        </w:rPr>
        <w:t>Oświadczam, że przejmuję odpowiedzialność za bezpieczeństwo dziecka od chwili jego wyjścia ze świetlicy.</w:t>
      </w:r>
    </w:p>
    <w:tbl>
      <w:tblPr>
        <w:tblW w:w="10080" w:type="dxa"/>
        <w:tblInd w:w="8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7080"/>
      </w:tblGrid>
      <w:tr w:rsidR="007E1BAA" w14:paraId="410AD746" w14:textId="77777777">
        <w:trPr>
          <w:cantSplit/>
          <w:trHeight w:val="272"/>
          <w:tblHeader/>
        </w:trPr>
        <w:tc>
          <w:tcPr>
            <w:tcW w:w="300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644F8C5" w14:textId="77777777" w:rsidR="007E1BAA" w:rsidRDefault="0045385F">
            <w:pPr>
              <w:keepLines/>
              <w:spacing w:after="0" w:line="240" w:lineRule="auto"/>
              <w:jc w:val="center"/>
            </w:pPr>
            <w:proofErr w:type="spellStart"/>
            <w:r>
              <w:rPr>
                <w:rFonts w:eastAsia="Arial"/>
                <w:b/>
                <w:sz w:val="16"/>
              </w:rPr>
              <w:t>Dzień</w:t>
            </w:r>
            <w:proofErr w:type="spellEnd"/>
            <w:r>
              <w:rPr>
                <w:rFonts w:eastAsia="Arial"/>
                <w:b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6"/>
              </w:rPr>
              <w:t>tygodnia</w:t>
            </w:r>
            <w:proofErr w:type="spellEnd"/>
          </w:p>
        </w:tc>
        <w:tc>
          <w:tcPr>
            <w:tcW w:w="708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F086B58" w14:textId="77777777" w:rsidR="007E1BAA" w:rsidRDefault="0045385F">
            <w:pPr>
              <w:keepLines/>
              <w:spacing w:after="0" w:line="240" w:lineRule="auto"/>
              <w:jc w:val="center"/>
            </w:pPr>
            <w:proofErr w:type="spellStart"/>
            <w:r>
              <w:rPr>
                <w:rFonts w:eastAsia="Arial"/>
                <w:b/>
                <w:sz w:val="16"/>
              </w:rPr>
              <w:t>Godzina</w:t>
            </w:r>
            <w:proofErr w:type="spellEnd"/>
            <w:r>
              <w:rPr>
                <w:rFonts w:eastAsia="Arial"/>
                <w:b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6"/>
              </w:rPr>
              <w:t>samodzielnego</w:t>
            </w:r>
            <w:proofErr w:type="spellEnd"/>
            <w:r>
              <w:rPr>
                <w:rFonts w:eastAsia="Arial"/>
                <w:b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6"/>
              </w:rPr>
              <w:t>wyjścia</w:t>
            </w:r>
            <w:proofErr w:type="spellEnd"/>
          </w:p>
        </w:tc>
      </w:tr>
      <w:tr w:rsidR="007E1BAA" w14:paraId="34213032" w14:textId="77777777">
        <w:trPr>
          <w:cantSplit/>
          <w:trHeight w:val="227"/>
        </w:trPr>
        <w:tc>
          <w:tcPr>
            <w:tcW w:w="30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F17D22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Poniedziałek</w:t>
            </w:r>
            <w:proofErr w:type="spellEnd"/>
          </w:p>
        </w:tc>
        <w:tc>
          <w:tcPr>
            <w:tcW w:w="70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65A5FFC" w14:textId="77777777" w:rsidR="007E1BAA" w:rsidRDefault="007E1BAA">
            <w:pPr>
              <w:keepLines/>
              <w:spacing w:after="0" w:line="240" w:lineRule="auto"/>
            </w:pPr>
          </w:p>
        </w:tc>
      </w:tr>
      <w:tr w:rsidR="007E1BAA" w14:paraId="499F5051" w14:textId="77777777">
        <w:trPr>
          <w:cantSplit/>
          <w:trHeight w:val="227"/>
        </w:trPr>
        <w:tc>
          <w:tcPr>
            <w:tcW w:w="30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842CC59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Wtorek</w:t>
            </w:r>
            <w:proofErr w:type="spellEnd"/>
          </w:p>
        </w:tc>
        <w:tc>
          <w:tcPr>
            <w:tcW w:w="70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A65889" w14:textId="77777777" w:rsidR="007E1BAA" w:rsidRDefault="007E1BAA">
            <w:pPr>
              <w:keepLines/>
              <w:spacing w:after="0" w:line="240" w:lineRule="auto"/>
            </w:pPr>
          </w:p>
        </w:tc>
      </w:tr>
      <w:tr w:rsidR="007E1BAA" w14:paraId="56E90294" w14:textId="77777777">
        <w:trPr>
          <w:cantSplit/>
          <w:trHeight w:val="227"/>
        </w:trPr>
        <w:tc>
          <w:tcPr>
            <w:tcW w:w="30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FD91760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Środa</w:t>
            </w:r>
            <w:proofErr w:type="spellEnd"/>
          </w:p>
        </w:tc>
        <w:tc>
          <w:tcPr>
            <w:tcW w:w="70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662C9EA" w14:textId="77777777" w:rsidR="007E1BAA" w:rsidRDefault="007E1BAA">
            <w:pPr>
              <w:keepLines/>
              <w:spacing w:after="0" w:line="240" w:lineRule="auto"/>
            </w:pPr>
          </w:p>
        </w:tc>
      </w:tr>
      <w:tr w:rsidR="007E1BAA" w14:paraId="187CC588" w14:textId="77777777">
        <w:trPr>
          <w:cantSplit/>
          <w:trHeight w:val="227"/>
        </w:trPr>
        <w:tc>
          <w:tcPr>
            <w:tcW w:w="30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14C92C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Czwartek</w:t>
            </w:r>
            <w:proofErr w:type="spellEnd"/>
          </w:p>
        </w:tc>
        <w:tc>
          <w:tcPr>
            <w:tcW w:w="70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C767BEB" w14:textId="77777777" w:rsidR="007E1BAA" w:rsidRDefault="007E1BAA">
            <w:pPr>
              <w:keepLines/>
              <w:spacing w:after="0" w:line="240" w:lineRule="auto"/>
            </w:pPr>
          </w:p>
        </w:tc>
      </w:tr>
      <w:tr w:rsidR="007E1BAA" w14:paraId="02003ED6" w14:textId="77777777">
        <w:trPr>
          <w:cantSplit/>
          <w:trHeight w:val="227"/>
        </w:trPr>
        <w:tc>
          <w:tcPr>
            <w:tcW w:w="30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5B2C043" w14:textId="77777777" w:rsidR="007E1BAA" w:rsidRDefault="0045385F">
            <w:pPr>
              <w:keepLines/>
              <w:spacing w:after="0" w:line="240" w:lineRule="auto"/>
            </w:pPr>
            <w:proofErr w:type="spellStart"/>
            <w:r>
              <w:rPr>
                <w:rFonts w:eastAsia="Arial"/>
                <w:sz w:val="16"/>
              </w:rPr>
              <w:t>Piątek</w:t>
            </w:r>
            <w:proofErr w:type="spellEnd"/>
          </w:p>
        </w:tc>
        <w:tc>
          <w:tcPr>
            <w:tcW w:w="70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867340" w14:textId="77777777" w:rsidR="007E1BAA" w:rsidRDefault="007E1BAA">
            <w:pPr>
              <w:keepLines/>
              <w:spacing w:after="0" w:line="240" w:lineRule="auto"/>
            </w:pPr>
          </w:p>
        </w:tc>
      </w:tr>
    </w:tbl>
    <w:p w14:paraId="5E775063" w14:textId="77777777" w:rsidR="007E1BAA" w:rsidRPr="00E43A9A" w:rsidRDefault="0045385F">
      <w:pPr>
        <w:pStyle w:val="Nagwek2"/>
        <w:pageBreakBefore/>
        <w:spacing w:before="44" w:after="16" w:line="240" w:lineRule="auto"/>
        <w:rPr>
          <w:lang w:val="pl-PL"/>
        </w:rPr>
      </w:pPr>
      <w:r w:rsidRPr="00E43A9A">
        <w:rPr>
          <w:rFonts w:ascii="Arial" w:eastAsia="Arial" w:hAnsi="Arial"/>
          <w:sz w:val="19"/>
          <w:lang w:val="pl-PL"/>
        </w:rPr>
        <w:lastRenderedPageBreak/>
        <w:t>V.3. Osoby upoważnione do odbioru dziecka</w:t>
      </w:r>
    </w:p>
    <w:p w14:paraId="2253CC19" w14:textId="77777777" w:rsidR="007E1BAA" w:rsidRPr="00E43A9A" w:rsidRDefault="0045385F">
      <w:pPr>
        <w:keepLines/>
        <w:spacing w:after="14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Dziecko może zostać odebrane wyłącznie przez osobę wskazaną poniżej. Wychowawca może poprosić o okazanie dokumentu tożsamości do wglądu. Dokument nie jest kopiowany ani skanowany.</w:t>
      </w:r>
    </w:p>
    <w:tbl>
      <w:tblPr>
        <w:tblW w:w="10065" w:type="dxa"/>
        <w:tblInd w:w="8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402"/>
        <w:gridCol w:w="2977"/>
      </w:tblGrid>
      <w:tr w:rsidR="00EB3C7C" w14:paraId="2628F1A8" w14:textId="77777777" w:rsidTr="00EB3C7C">
        <w:trPr>
          <w:cantSplit/>
          <w:trHeight w:val="317"/>
          <w:tblHeader/>
        </w:trPr>
        <w:tc>
          <w:tcPr>
            <w:tcW w:w="3686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3C9954E" w14:textId="77777777" w:rsidR="00EB3C7C" w:rsidRDefault="00EB3C7C">
            <w:pPr>
              <w:keepLines/>
              <w:spacing w:after="0" w:line="240" w:lineRule="auto"/>
              <w:jc w:val="center"/>
            </w:pPr>
            <w:proofErr w:type="spellStart"/>
            <w:r>
              <w:rPr>
                <w:rFonts w:eastAsia="Arial"/>
                <w:b/>
                <w:sz w:val="16"/>
              </w:rPr>
              <w:t>Imię</w:t>
            </w:r>
            <w:proofErr w:type="spellEnd"/>
            <w:r>
              <w:rPr>
                <w:rFonts w:eastAsia="Arial"/>
                <w:b/>
                <w:sz w:val="16"/>
              </w:rPr>
              <w:t xml:space="preserve"> i </w:t>
            </w:r>
            <w:proofErr w:type="spellStart"/>
            <w:r>
              <w:rPr>
                <w:rFonts w:eastAsia="Arial"/>
                <w:b/>
                <w:sz w:val="16"/>
              </w:rPr>
              <w:t>nazwisko</w:t>
            </w:r>
            <w:proofErr w:type="spellEnd"/>
          </w:p>
        </w:tc>
        <w:tc>
          <w:tcPr>
            <w:tcW w:w="3402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77189FB" w14:textId="4FDBDDD1" w:rsidR="00EB3C7C" w:rsidRDefault="00E43A9A">
            <w:pPr>
              <w:keepLines/>
              <w:spacing w:after="0" w:line="240" w:lineRule="auto"/>
              <w:jc w:val="center"/>
            </w:pPr>
            <w:proofErr w:type="spellStart"/>
            <w:r>
              <w:rPr>
                <w:rFonts w:eastAsia="Arial"/>
                <w:b/>
                <w:sz w:val="16"/>
              </w:rPr>
              <w:t>Numer</w:t>
            </w:r>
            <w:proofErr w:type="spellEnd"/>
            <w:r>
              <w:rPr>
                <w:rFonts w:eastAsia="Arial"/>
                <w:b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6"/>
              </w:rPr>
              <w:t>dowodu</w:t>
            </w:r>
            <w:proofErr w:type="spellEnd"/>
            <w:r>
              <w:rPr>
                <w:rFonts w:eastAsia="Arial"/>
                <w:b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6"/>
              </w:rPr>
              <w:t>osobistego</w:t>
            </w:r>
            <w:proofErr w:type="spellEnd"/>
          </w:p>
        </w:tc>
        <w:tc>
          <w:tcPr>
            <w:tcW w:w="2977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C74851" w14:textId="2715E239" w:rsidR="00EB3C7C" w:rsidRDefault="00EB3C7C">
            <w:pPr>
              <w:keepLines/>
              <w:spacing w:after="0" w:line="240" w:lineRule="auto"/>
              <w:jc w:val="center"/>
            </w:pPr>
            <w:proofErr w:type="spellStart"/>
            <w:r>
              <w:rPr>
                <w:rFonts w:eastAsia="Arial"/>
                <w:b/>
                <w:sz w:val="16"/>
              </w:rPr>
              <w:t>Telefon</w:t>
            </w:r>
            <w:proofErr w:type="spellEnd"/>
            <w:r>
              <w:rPr>
                <w:rFonts w:eastAsia="Arial"/>
                <w:b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6"/>
              </w:rPr>
              <w:t>kontaktowy</w:t>
            </w:r>
            <w:proofErr w:type="spellEnd"/>
          </w:p>
        </w:tc>
      </w:tr>
      <w:tr w:rsidR="00EB3C7C" w14:paraId="31D8BB5D" w14:textId="77777777" w:rsidTr="00EB3C7C">
        <w:trPr>
          <w:cantSplit/>
          <w:trHeight w:val="317"/>
        </w:trPr>
        <w:tc>
          <w:tcPr>
            <w:tcW w:w="368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CB78F9" w14:textId="77777777" w:rsidR="00EB3C7C" w:rsidRDefault="00EB3C7C">
            <w:pPr>
              <w:keepLines/>
              <w:spacing w:after="0" w:line="240" w:lineRule="auto"/>
            </w:pPr>
          </w:p>
        </w:tc>
        <w:tc>
          <w:tcPr>
            <w:tcW w:w="340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7ECB21D" w14:textId="77777777" w:rsidR="00EB3C7C" w:rsidRDefault="00EB3C7C">
            <w:pPr>
              <w:keepLines/>
              <w:spacing w:after="0" w:line="240" w:lineRule="auto"/>
            </w:pPr>
          </w:p>
        </w:tc>
        <w:tc>
          <w:tcPr>
            <w:tcW w:w="2977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E79CB37" w14:textId="77777777" w:rsidR="00EB3C7C" w:rsidRDefault="00EB3C7C">
            <w:pPr>
              <w:keepLines/>
              <w:spacing w:after="0" w:line="240" w:lineRule="auto"/>
            </w:pPr>
          </w:p>
        </w:tc>
      </w:tr>
      <w:tr w:rsidR="00EB3C7C" w14:paraId="385174CC" w14:textId="77777777" w:rsidTr="00EB3C7C">
        <w:trPr>
          <w:cantSplit/>
          <w:trHeight w:val="317"/>
        </w:trPr>
        <w:tc>
          <w:tcPr>
            <w:tcW w:w="368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298AAE9" w14:textId="77777777" w:rsidR="00EB3C7C" w:rsidRDefault="00EB3C7C">
            <w:pPr>
              <w:keepLines/>
              <w:spacing w:after="0" w:line="240" w:lineRule="auto"/>
            </w:pPr>
          </w:p>
        </w:tc>
        <w:tc>
          <w:tcPr>
            <w:tcW w:w="340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5E19B77" w14:textId="77777777" w:rsidR="00EB3C7C" w:rsidRDefault="00EB3C7C">
            <w:pPr>
              <w:keepLines/>
              <w:spacing w:after="0" w:line="240" w:lineRule="auto"/>
            </w:pPr>
          </w:p>
        </w:tc>
        <w:tc>
          <w:tcPr>
            <w:tcW w:w="2977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15F083" w14:textId="77777777" w:rsidR="00EB3C7C" w:rsidRDefault="00EB3C7C">
            <w:pPr>
              <w:keepLines/>
              <w:spacing w:after="0" w:line="240" w:lineRule="auto"/>
            </w:pPr>
          </w:p>
        </w:tc>
      </w:tr>
      <w:tr w:rsidR="00EB3C7C" w14:paraId="65104FCC" w14:textId="77777777" w:rsidTr="00EB3C7C">
        <w:trPr>
          <w:cantSplit/>
          <w:trHeight w:val="317"/>
        </w:trPr>
        <w:tc>
          <w:tcPr>
            <w:tcW w:w="368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7FA8D41" w14:textId="77777777" w:rsidR="00EB3C7C" w:rsidRDefault="00EB3C7C">
            <w:pPr>
              <w:keepLines/>
              <w:spacing w:after="0" w:line="240" w:lineRule="auto"/>
            </w:pPr>
          </w:p>
        </w:tc>
        <w:tc>
          <w:tcPr>
            <w:tcW w:w="340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209B39B" w14:textId="77777777" w:rsidR="00EB3C7C" w:rsidRDefault="00EB3C7C">
            <w:pPr>
              <w:keepLines/>
              <w:spacing w:after="0" w:line="240" w:lineRule="auto"/>
            </w:pPr>
          </w:p>
        </w:tc>
        <w:tc>
          <w:tcPr>
            <w:tcW w:w="2977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93C159A" w14:textId="77777777" w:rsidR="00EB3C7C" w:rsidRDefault="00EB3C7C">
            <w:pPr>
              <w:keepLines/>
              <w:spacing w:after="0" w:line="240" w:lineRule="auto"/>
            </w:pPr>
          </w:p>
        </w:tc>
      </w:tr>
    </w:tbl>
    <w:p w14:paraId="3DD2446A" w14:textId="77777777" w:rsidR="007E1BAA" w:rsidRPr="00E43A9A" w:rsidRDefault="0045385F">
      <w:pPr>
        <w:keepLines/>
        <w:spacing w:after="14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W wyjątkowej, jednorazowej sytuacji rodzic lub opiekun prawny może telefonicznie zgłosić w sekretariacie inną osobę upoważnioną do odbioru dziecka. Osoba ta okazuje dokument tożsamości do wglądu.</w:t>
      </w:r>
    </w:p>
    <w:p w14:paraId="46976149" w14:textId="77777777" w:rsidR="007E1BAA" w:rsidRPr="00E43A9A" w:rsidRDefault="0045385F">
      <w:pPr>
        <w:keepLines/>
        <w:spacing w:after="14" w:line="240" w:lineRule="auto"/>
        <w:rPr>
          <w:rFonts w:eastAsia="Arial"/>
          <w:sz w:val="17"/>
          <w:lang w:val="pl-PL"/>
        </w:rPr>
      </w:pPr>
      <w:r w:rsidRPr="00E43A9A">
        <w:rPr>
          <w:rFonts w:eastAsia="Arial"/>
          <w:sz w:val="17"/>
          <w:lang w:val="pl-PL"/>
        </w:rPr>
        <w:t>Rodzic lub opiekun prawny zobowiązuje się poinformować osoby wskazane w tabeli o przetwarzaniu ich danych przez szkołę w celu potwierdzenia tożsamości przy odbiorze dziecka. Klauzula informacyjna jest dostępna w sekretariacie i na stronie internetowej szkoły.</w:t>
      </w:r>
    </w:p>
    <w:p w14:paraId="13A62AAF" w14:textId="77777777" w:rsidR="00B64D21" w:rsidRPr="00E43A9A" w:rsidRDefault="00B64D21">
      <w:pPr>
        <w:keepLines/>
        <w:spacing w:after="14" w:line="240" w:lineRule="auto"/>
        <w:rPr>
          <w:lang w:val="pl-PL"/>
        </w:rPr>
      </w:pPr>
    </w:p>
    <w:p w14:paraId="0ACB53BC" w14:textId="77777777" w:rsidR="007E1BAA" w:rsidRPr="00E43A9A" w:rsidRDefault="0045385F">
      <w:pPr>
        <w:pStyle w:val="Nagwek1"/>
        <w:pBdr>
          <w:bottom w:val="single" w:sz="8" w:space="0" w:color="000000"/>
        </w:pBdr>
        <w:shd w:val="clear" w:color="auto" w:fill="FFFFFF"/>
        <w:spacing w:before="60" w:after="24" w:line="240" w:lineRule="auto"/>
        <w:ind w:left="85" w:right="85"/>
        <w:rPr>
          <w:lang w:val="pl-PL"/>
        </w:rPr>
      </w:pPr>
      <w:r w:rsidRPr="00E43A9A">
        <w:rPr>
          <w:rFonts w:ascii="Arial" w:eastAsia="Arial" w:hAnsi="Arial"/>
          <w:sz w:val="20"/>
          <w:lang w:val="pl-PL"/>
        </w:rPr>
        <w:t>VI. Informacje ważne dla zapewnienia dziecku właściwej opieki</w:t>
      </w:r>
    </w:p>
    <w:p w14:paraId="3557FC95" w14:textId="77777777" w:rsidR="007E1BAA" w:rsidRPr="00E43A9A" w:rsidRDefault="0045385F">
      <w:pPr>
        <w:keepLines/>
        <w:spacing w:after="14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Alergie, choroby przewlekłe, przyjmowane leki, zalecenia lekarskie lub inne informacje istotne dla bezpieczeństwa dziecka:</w:t>
      </w:r>
    </w:p>
    <w:tbl>
      <w:tblPr>
        <w:tblW w:w="10080" w:type="dxa"/>
        <w:tblInd w:w="8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7E1BAA" w:rsidRPr="00E43A9A" w14:paraId="0B43CB35" w14:textId="77777777">
        <w:trPr>
          <w:cantSplit/>
          <w:trHeight w:val="465"/>
        </w:trPr>
        <w:tc>
          <w:tcPr>
            <w:tcW w:w="100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81BD32" w14:textId="77777777" w:rsidR="007E1BAA" w:rsidRPr="00E43A9A" w:rsidRDefault="007E1BAA">
            <w:pPr>
              <w:keepLines/>
              <w:spacing w:after="0" w:line="240" w:lineRule="auto"/>
              <w:rPr>
                <w:lang w:val="pl-PL"/>
              </w:rPr>
            </w:pPr>
          </w:p>
        </w:tc>
      </w:tr>
    </w:tbl>
    <w:p w14:paraId="33EA6894" w14:textId="77777777" w:rsidR="00B64D21" w:rsidRPr="00E43A9A" w:rsidRDefault="00B64D21">
      <w:pPr>
        <w:pStyle w:val="Nagwek1"/>
        <w:pBdr>
          <w:bottom w:val="single" w:sz="8" w:space="0" w:color="000000"/>
        </w:pBdr>
        <w:shd w:val="clear" w:color="auto" w:fill="FFFFFF"/>
        <w:spacing w:before="60" w:after="24" w:line="240" w:lineRule="auto"/>
        <w:ind w:left="85" w:right="85"/>
        <w:rPr>
          <w:rFonts w:ascii="Arial" w:eastAsia="Arial" w:hAnsi="Arial"/>
          <w:sz w:val="20"/>
          <w:lang w:val="pl-PL"/>
        </w:rPr>
      </w:pPr>
    </w:p>
    <w:p w14:paraId="42D771E4" w14:textId="68C04A2C" w:rsidR="007E1BAA" w:rsidRDefault="0045385F">
      <w:pPr>
        <w:pStyle w:val="Nagwek1"/>
        <w:pBdr>
          <w:bottom w:val="single" w:sz="8" w:space="0" w:color="000000"/>
        </w:pBdr>
        <w:shd w:val="clear" w:color="auto" w:fill="FFFFFF"/>
        <w:spacing w:before="60" w:after="24" w:line="240" w:lineRule="auto"/>
        <w:ind w:left="85" w:right="85"/>
      </w:pPr>
      <w:r>
        <w:rPr>
          <w:rFonts w:ascii="Arial" w:eastAsia="Arial" w:hAnsi="Arial"/>
          <w:sz w:val="20"/>
        </w:rPr>
        <w:t xml:space="preserve">VII. </w:t>
      </w:r>
      <w:proofErr w:type="spellStart"/>
      <w:r>
        <w:rPr>
          <w:rFonts w:ascii="Arial" w:eastAsia="Arial" w:hAnsi="Arial"/>
          <w:sz w:val="20"/>
        </w:rPr>
        <w:t>Najważniejsze</w:t>
      </w:r>
      <w:proofErr w:type="spellEnd"/>
      <w:r>
        <w:rPr>
          <w:rFonts w:ascii="Arial" w:eastAsia="Arial" w:hAnsi="Arial"/>
          <w:sz w:val="20"/>
        </w:rPr>
        <w:t xml:space="preserve"> </w:t>
      </w:r>
      <w:proofErr w:type="spellStart"/>
      <w:r>
        <w:rPr>
          <w:rFonts w:ascii="Arial" w:eastAsia="Arial" w:hAnsi="Arial"/>
          <w:sz w:val="20"/>
        </w:rPr>
        <w:t>zasady</w:t>
      </w:r>
      <w:proofErr w:type="spellEnd"/>
      <w:r>
        <w:rPr>
          <w:rFonts w:ascii="Arial" w:eastAsia="Arial" w:hAnsi="Arial"/>
          <w:sz w:val="20"/>
        </w:rPr>
        <w:t xml:space="preserve"> </w:t>
      </w:r>
      <w:proofErr w:type="spellStart"/>
      <w:r>
        <w:rPr>
          <w:rFonts w:ascii="Arial" w:eastAsia="Arial" w:hAnsi="Arial"/>
          <w:sz w:val="20"/>
        </w:rPr>
        <w:t>organizacyjne</w:t>
      </w:r>
      <w:proofErr w:type="spellEnd"/>
    </w:p>
    <w:p w14:paraId="5E391629" w14:textId="77777777" w:rsidR="007E1BAA" w:rsidRPr="00E43A9A" w:rsidRDefault="0045385F">
      <w:pPr>
        <w:keepLines/>
        <w:numPr>
          <w:ilvl w:val="0"/>
          <w:numId w:val="1"/>
        </w:numPr>
        <w:spacing w:after="14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Świetlica w Szkole Podstawowej im. Kornela Makuszyńskiego w Guzewie jest czynna od poniedziałku do piątku w godz. 7.00-8.30, 8.30-9.30 oraz 13.00-16.30. Rodzice i opiekunowie prawni są zobowiązani do przestrzegania godzin pracy świetlicy.</w:t>
      </w:r>
    </w:p>
    <w:p w14:paraId="4F141708" w14:textId="77777777" w:rsidR="007E1BAA" w:rsidRPr="00E43A9A" w:rsidRDefault="0045385F">
      <w:pPr>
        <w:keepLines/>
        <w:numPr>
          <w:ilvl w:val="0"/>
          <w:numId w:val="1"/>
        </w:numPr>
        <w:spacing w:after="14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Za dziecko przebywające w szkole przed rozpoczęciem pracy świetlicy i po jej zakończeniu odpowiadają rodzice lub opiekunowie prawni. Odpowiedzialność wychowawcy świetlicy rozpoczyna się z chwilą zgłoszenia się dziecka do świetlicy.</w:t>
      </w:r>
    </w:p>
    <w:p w14:paraId="50C47C93" w14:textId="77777777" w:rsidR="007E1BAA" w:rsidRPr="00E43A9A" w:rsidRDefault="0045385F">
      <w:pPr>
        <w:keepLines/>
        <w:numPr>
          <w:ilvl w:val="0"/>
          <w:numId w:val="1"/>
        </w:numPr>
        <w:spacing w:after="14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Dziecko jest zwalniane z zajęć świetlicowych na podstawie informacji zawartych w niniejszej karcie albo pisemnej informacji rodzica lub opiekuna prawnego.</w:t>
      </w:r>
    </w:p>
    <w:p w14:paraId="1CEBF81C" w14:textId="77777777" w:rsidR="007E1BAA" w:rsidRPr="00E43A9A" w:rsidRDefault="0045385F">
      <w:pPr>
        <w:keepLines/>
        <w:numPr>
          <w:ilvl w:val="0"/>
          <w:numId w:val="1"/>
        </w:numPr>
        <w:spacing w:after="14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Dziecko może odebrać rodzic, opiekun prawny albo osoba upoważniona w części V.3. Osobie niewskazanej w karcie lub niezgłoszonej zgodnie z zasadami szkoły dziecko nie zostanie wydane.</w:t>
      </w:r>
    </w:p>
    <w:p w14:paraId="239A0272" w14:textId="77777777" w:rsidR="007E1BAA" w:rsidRDefault="0045385F">
      <w:pPr>
        <w:keepLines/>
        <w:numPr>
          <w:ilvl w:val="0"/>
          <w:numId w:val="1"/>
        </w:numPr>
        <w:spacing w:after="14" w:line="240" w:lineRule="auto"/>
      </w:pPr>
      <w:r w:rsidRPr="00E43A9A">
        <w:rPr>
          <w:rFonts w:eastAsia="Arial"/>
          <w:sz w:val="17"/>
          <w:lang w:val="pl-PL"/>
        </w:rPr>
        <w:t xml:space="preserve">Samodzielne wyjście ze świetlicy jest możliwe wyłącznie na podstawie pisemnej zgody rodzica lub opiekuna prawnego. </w:t>
      </w:r>
      <w:proofErr w:type="spellStart"/>
      <w:r>
        <w:rPr>
          <w:rFonts w:eastAsia="Arial"/>
          <w:sz w:val="17"/>
        </w:rPr>
        <w:t>Zgoda</w:t>
      </w:r>
      <w:proofErr w:type="spellEnd"/>
      <w:r>
        <w:rPr>
          <w:rFonts w:eastAsia="Arial"/>
          <w:sz w:val="17"/>
        </w:rPr>
        <w:t xml:space="preserve"> </w:t>
      </w:r>
      <w:proofErr w:type="spellStart"/>
      <w:r>
        <w:rPr>
          <w:rFonts w:eastAsia="Arial"/>
          <w:sz w:val="17"/>
        </w:rPr>
        <w:t>przekazana</w:t>
      </w:r>
      <w:proofErr w:type="spellEnd"/>
      <w:r>
        <w:rPr>
          <w:rFonts w:eastAsia="Arial"/>
          <w:sz w:val="17"/>
        </w:rPr>
        <w:t xml:space="preserve"> </w:t>
      </w:r>
      <w:proofErr w:type="spellStart"/>
      <w:r>
        <w:rPr>
          <w:rFonts w:eastAsia="Arial"/>
          <w:sz w:val="17"/>
        </w:rPr>
        <w:t>telefonicznie</w:t>
      </w:r>
      <w:proofErr w:type="spellEnd"/>
      <w:r>
        <w:rPr>
          <w:rFonts w:eastAsia="Arial"/>
          <w:sz w:val="17"/>
        </w:rPr>
        <w:t xml:space="preserve"> </w:t>
      </w:r>
      <w:proofErr w:type="spellStart"/>
      <w:r>
        <w:rPr>
          <w:rFonts w:eastAsia="Arial"/>
          <w:sz w:val="17"/>
        </w:rPr>
        <w:t>nie</w:t>
      </w:r>
      <w:proofErr w:type="spellEnd"/>
      <w:r>
        <w:rPr>
          <w:rFonts w:eastAsia="Arial"/>
          <w:sz w:val="17"/>
        </w:rPr>
        <w:t xml:space="preserve"> jest </w:t>
      </w:r>
      <w:proofErr w:type="spellStart"/>
      <w:r>
        <w:rPr>
          <w:rFonts w:eastAsia="Arial"/>
          <w:sz w:val="17"/>
        </w:rPr>
        <w:t>uwzględniana</w:t>
      </w:r>
      <w:proofErr w:type="spellEnd"/>
      <w:r>
        <w:rPr>
          <w:rFonts w:eastAsia="Arial"/>
          <w:sz w:val="17"/>
        </w:rPr>
        <w:t xml:space="preserve"> </w:t>
      </w:r>
      <w:proofErr w:type="spellStart"/>
      <w:r>
        <w:rPr>
          <w:rFonts w:eastAsia="Arial"/>
          <w:sz w:val="17"/>
        </w:rPr>
        <w:t>przez</w:t>
      </w:r>
      <w:proofErr w:type="spellEnd"/>
      <w:r>
        <w:rPr>
          <w:rFonts w:eastAsia="Arial"/>
          <w:sz w:val="17"/>
        </w:rPr>
        <w:t xml:space="preserve"> </w:t>
      </w:r>
      <w:proofErr w:type="spellStart"/>
      <w:r>
        <w:rPr>
          <w:rFonts w:eastAsia="Arial"/>
          <w:sz w:val="17"/>
        </w:rPr>
        <w:t>wychowawcę</w:t>
      </w:r>
      <w:proofErr w:type="spellEnd"/>
      <w:r>
        <w:rPr>
          <w:rFonts w:eastAsia="Arial"/>
          <w:sz w:val="17"/>
        </w:rPr>
        <w:t xml:space="preserve"> </w:t>
      </w:r>
      <w:proofErr w:type="spellStart"/>
      <w:r>
        <w:rPr>
          <w:rFonts w:eastAsia="Arial"/>
          <w:sz w:val="17"/>
        </w:rPr>
        <w:t>świetlicy</w:t>
      </w:r>
      <w:proofErr w:type="spellEnd"/>
      <w:r>
        <w:rPr>
          <w:rFonts w:eastAsia="Arial"/>
          <w:sz w:val="17"/>
        </w:rPr>
        <w:t>.</w:t>
      </w:r>
    </w:p>
    <w:p w14:paraId="665C92B3" w14:textId="77777777" w:rsidR="007E1BAA" w:rsidRPr="00E43A9A" w:rsidRDefault="0045385F">
      <w:pPr>
        <w:keepLines/>
        <w:numPr>
          <w:ilvl w:val="0"/>
          <w:numId w:val="1"/>
        </w:numPr>
        <w:spacing w:after="14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Dziecko może zostać zwolnione ze świetlicy na zajęcia dodatkowe na podstawie pisemnej informacji rodzica lub opiekuna prawnego.</w:t>
      </w:r>
    </w:p>
    <w:p w14:paraId="0874BB37" w14:textId="77777777" w:rsidR="007E1BAA" w:rsidRPr="00E43A9A" w:rsidRDefault="0045385F">
      <w:pPr>
        <w:keepLines/>
        <w:numPr>
          <w:ilvl w:val="0"/>
          <w:numId w:val="1"/>
        </w:numPr>
        <w:spacing w:after="14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Powrót autobusem szkolnym odbywa się zgodnie z harmonogramem wskazanym w części V.1. Każdą zmianę rodzic lub opiekun prawny zgłasza pisemnie wychowawcy świetlicy.</w:t>
      </w:r>
    </w:p>
    <w:p w14:paraId="013EECD3" w14:textId="77777777" w:rsidR="007E1BAA" w:rsidRDefault="0045385F">
      <w:pPr>
        <w:keepLines/>
        <w:numPr>
          <w:ilvl w:val="0"/>
          <w:numId w:val="1"/>
        </w:numPr>
        <w:spacing w:after="14" w:line="240" w:lineRule="auto"/>
      </w:pPr>
      <w:r w:rsidRPr="00E43A9A">
        <w:rPr>
          <w:rFonts w:eastAsia="Arial"/>
          <w:sz w:val="17"/>
          <w:lang w:val="pl-PL"/>
        </w:rPr>
        <w:t xml:space="preserve">Uczeń po zakończeniu lekcji samodzielnie zgłasza się do świetlicy oraz każdorazowo informuje wychowawcę o wyjściu. </w:t>
      </w:r>
      <w:proofErr w:type="spellStart"/>
      <w:r>
        <w:rPr>
          <w:rFonts w:eastAsia="Arial"/>
          <w:sz w:val="17"/>
        </w:rPr>
        <w:t>Opieka</w:t>
      </w:r>
      <w:proofErr w:type="spellEnd"/>
      <w:r>
        <w:rPr>
          <w:rFonts w:eastAsia="Arial"/>
          <w:sz w:val="17"/>
        </w:rPr>
        <w:t xml:space="preserve"> </w:t>
      </w:r>
      <w:proofErr w:type="spellStart"/>
      <w:r>
        <w:rPr>
          <w:rFonts w:eastAsia="Arial"/>
          <w:sz w:val="17"/>
        </w:rPr>
        <w:t>świetlicy</w:t>
      </w:r>
      <w:proofErr w:type="spellEnd"/>
      <w:r>
        <w:rPr>
          <w:rFonts w:eastAsia="Arial"/>
          <w:sz w:val="17"/>
        </w:rPr>
        <w:t xml:space="preserve"> </w:t>
      </w:r>
      <w:proofErr w:type="spellStart"/>
      <w:r>
        <w:rPr>
          <w:rFonts w:eastAsia="Arial"/>
          <w:sz w:val="17"/>
        </w:rPr>
        <w:t>kończy</w:t>
      </w:r>
      <w:proofErr w:type="spellEnd"/>
      <w:r>
        <w:rPr>
          <w:rFonts w:eastAsia="Arial"/>
          <w:sz w:val="17"/>
        </w:rPr>
        <w:t xml:space="preserve"> </w:t>
      </w:r>
      <w:proofErr w:type="spellStart"/>
      <w:r>
        <w:rPr>
          <w:rFonts w:eastAsia="Arial"/>
          <w:sz w:val="17"/>
        </w:rPr>
        <w:t>się</w:t>
      </w:r>
      <w:proofErr w:type="spellEnd"/>
      <w:r>
        <w:rPr>
          <w:rFonts w:eastAsia="Arial"/>
          <w:sz w:val="17"/>
        </w:rPr>
        <w:t xml:space="preserve"> z </w:t>
      </w:r>
      <w:proofErr w:type="spellStart"/>
      <w:r>
        <w:rPr>
          <w:rFonts w:eastAsia="Arial"/>
          <w:sz w:val="17"/>
        </w:rPr>
        <w:t>chwilą</w:t>
      </w:r>
      <w:proofErr w:type="spellEnd"/>
      <w:r>
        <w:rPr>
          <w:rFonts w:eastAsia="Arial"/>
          <w:sz w:val="17"/>
        </w:rPr>
        <w:t xml:space="preserve"> </w:t>
      </w:r>
      <w:proofErr w:type="spellStart"/>
      <w:r>
        <w:rPr>
          <w:rFonts w:eastAsia="Arial"/>
          <w:sz w:val="17"/>
        </w:rPr>
        <w:t>odnotowanego</w:t>
      </w:r>
      <w:proofErr w:type="spellEnd"/>
      <w:r>
        <w:rPr>
          <w:rFonts w:eastAsia="Arial"/>
          <w:sz w:val="17"/>
        </w:rPr>
        <w:t xml:space="preserve"> </w:t>
      </w:r>
      <w:proofErr w:type="spellStart"/>
      <w:r>
        <w:rPr>
          <w:rFonts w:eastAsia="Arial"/>
          <w:sz w:val="17"/>
        </w:rPr>
        <w:t>wyjścia</w:t>
      </w:r>
      <w:proofErr w:type="spellEnd"/>
      <w:r>
        <w:rPr>
          <w:rFonts w:eastAsia="Arial"/>
          <w:sz w:val="17"/>
        </w:rPr>
        <w:t xml:space="preserve"> </w:t>
      </w:r>
      <w:proofErr w:type="spellStart"/>
      <w:r>
        <w:rPr>
          <w:rFonts w:eastAsia="Arial"/>
          <w:sz w:val="17"/>
        </w:rPr>
        <w:t>dziecka</w:t>
      </w:r>
      <w:proofErr w:type="spellEnd"/>
      <w:r>
        <w:rPr>
          <w:rFonts w:eastAsia="Arial"/>
          <w:sz w:val="17"/>
        </w:rPr>
        <w:t>.</w:t>
      </w:r>
    </w:p>
    <w:p w14:paraId="661004D6" w14:textId="77777777" w:rsidR="007E1BAA" w:rsidRPr="00E43A9A" w:rsidRDefault="0045385F">
      <w:pPr>
        <w:keepLines/>
        <w:numPr>
          <w:ilvl w:val="0"/>
          <w:numId w:val="1"/>
        </w:numPr>
        <w:spacing w:after="14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>Po zgłoszeniu przez domofon zamiaru odebrania dziecka rodzic, opiekun prawny lub osoba upoważniona oczekuje na dziecko w wyznaczonym miejscu, czyli w przedsionku szkoły albo przed szkołą.</w:t>
      </w:r>
    </w:p>
    <w:p w14:paraId="1450B842" w14:textId="77777777" w:rsidR="00B64D21" w:rsidRPr="00E43A9A" w:rsidRDefault="00B64D21">
      <w:pPr>
        <w:pStyle w:val="Nagwek1"/>
        <w:pBdr>
          <w:bottom w:val="single" w:sz="8" w:space="0" w:color="000000"/>
        </w:pBdr>
        <w:shd w:val="clear" w:color="auto" w:fill="FFFFFF"/>
        <w:spacing w:before="60" w:after="24" w:line="240" w:lineRule="auto"/>
        <w:ind w:left="85" w:right="85"/>
        <w:rPr>
          <w:rFonts w:ascii="Arial" w:eastAsia="Arial" w:hAnsi="Arial"/>
          <w:sz w:val="20"/>
          <w:lang w:val="pl-PL"/>
        </w:rPr>
      </w:pPr>
    </w:p>
    <w:p w14:paraId="0F9669B3" w14:textId="42BAD380" w:rsidR="007E1BAA" w:rsidRPr="00E43A9A" w:rsidRDefault="0045385F">
      <w:pPr>
        <w:pStyle w:val="Nagwek1"/>
        <w:pBdr>
          <w:bottom w:val="single" w:sz="8" w:space="0" w:color="000000"/>
        </w:pBdr>
        <w:shd w:val="clear" w:color="auto" w:fill="FFFFFF"/>
        <w:spacing w:before="60" w:after="24" w:line="240" w:lineRule="auto"/>
        <w:ind w:left="85" w:right="85"/>
        <w:rPr>
          <w:lang w:val="pl-PL"/>
        </w:rPr>
      </w:pPr>
      <w:r w:rsidRPr="00E43A9A">
        <w:rPr>
          <w:rFonts w:ascii="Arial" w:eastAsia="Arial" w:hAnsi="Arial"/>
          <w:sz w:val="20"/>
          <w:lang w:val="pl-PL"/>
        </w:rPr>
        <w:t>VIII. Oświadczenia rodzica lub opiekuna prawnego</w:t>
      </w:r>
    </w:p>
    <w:p w14:paraId="1861C2CF" w14:textId="77777777" w:rsidR="007E1BAA" w:rsidRPr="00E43A9A" w:rsidRDefault="0045385F">
      <w:pPr>
        <w:keepLines/>
        <w:spacing w:after="12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 xml:space="preserve">☐  </w:t>
      </w:r>
      <w:r w:rsidRPr="00E43A9A">
        <w:rPr>
          <w:rFonts w:eastAsia="Arial"/>
          <w:b/>
          <w:sz w:val="17"/>
          <w:lang w:val="pl-PL"/>
        </w:rPr>
        <w:t>OŚWIADCZAM, ŻE DANE PODANE W KARCIE SĄ ZGODNE ZE STANEM FAKTYCZNYM</w:t>
      </w:r>
      <w:r w:rsidRPr="00E43A9A">
        <w:rPr>
          <w:rFonts w:eastAsia="Arial"/>
          <w:sz w:val="17"/>
          <w:lang w:val="pl-PL"/>
        </w:rPr>
        <w:t xml:space="preserve"> i zobowiązuję się do niezwłocznego zgłaszania ich zmian.</w:t>
      </w:r>
    </w:p>
    <w:p w14:paraId="797B3D50" w14:textId="77777777" w:rsidR="007E1BAA" w:rsidRPr="00E43A9A" w:rsidRDefault="0045385F">
      <w:pPr>
        <w:keepLines/>
        <w:spacing w:after="12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 xml:space="preserve">☐  </w:t>
      </w:r>
      <w:r w:rsidRPr="00E43A9A">
        <w:rPr>
          <w:rFonts w:eastAsia="Arial"/>
          <w:b/>
          <w:sz w:val="17"/>
          <w:lang w:val="pl-PL"/>
        </w:rPr>
        <w:t>ZAPOZNAŁEM(-AM) SIĘ Z REGULAMINEM ŚWIETLICY SZKOLNEJ I AKCEPTUJĘ JEGO POSTANOWIENIA</w:t>
      </w:r>
      <w:r w:rsidRPr="00E43A9A">
        <w:rPr>
          <w:rFonts w:eastAsia="Arial"/>
          <w:sz w:val="17"/>
          <w:lang w:val="pl-PL"/>
        </w:rPr>
        <w:t xml:space="preserve"> oraz zobowiązuję się do ich przestrzegania.</w:t>
      </w:r>
    </w:p>
    <w:p w14:paraId="07EC1629" w14:textId="77777777" w:rsidR="007E1BAA" w:rsidRPr="00E43A9A" w:rsidRDefault="0045385F">
      <w:pPr>
        <w:keepLines/>
        <w:spacing w:after="12" w:line="240" w:lineRule="auto"/>
        <w:rPr>
          <w:lang w:val="pl-PL"/>
        </w:rPr>
      </w:pPr>
      <w:r w:rsidRPr="00E43A9A">
        <w:rPr>
          <w:rFonts w:eastAsia="Arial"/>
          <w:sz w:val="17"/>
          <w:lang w:val="pl-PL"/>
        </w:rPr>
        <w:t xml:space="preserve">☐  </w:t>
      </w:r>
      <w:r w:rsidRPr="00E43A9A">
        <w:rPr>
          <w:rFonts w:eastAsia="Arial"/>
          <w:b/>
          <w:sz w:val="17"/>
          <w:lang w:val="pl-PL"/>
        </w:rPr>
        <w:t>POTWIERDZAM ZAPOZNANIE SIĘ Z ZASADAMI PRZETWARZANIA DANYCH OSOBOWYCH</w:t>
      </w:r>
      <w:r w:rsidRPr="00E43A9A">
        <w:rPr>
          <w:rFonts w:eastAsia="Arial"/>
          <w:sz w:val="17"/>
          <w:lang w:val="pl-PL"/>
        </w:rPr>
        <w:t xml:space="preserve"> określonymi w klauzuli informacyjnej szkoły, dostępnej w sekretariacie i na stronie internetowej placówki.</w:t>
      </w:r>
    </w:p>
    <w:p w14:paraId="071ACC2F" w14:textId="77777777" w:rsidR="007E1BAA" w:rsidRPr="00E43A9A" w:rsidRDefault="0045385F">
      <w:pPr>
        <w:keepLines/>
        <w:spacing w:after="12" w:line="240" w:lineRule="auto"/>
        <w:rPr>
          <w:rFonts w:eastAsia="Arial"/>
          <w:sz w:val="17"/>
          <w:lang w:val="pl-PL"/>
        </w:rPr>
      </w:pPr>
      <w:r w:rsidRPr="00E43A9A">
        <w:rPr>
          <w:rFonts w:eastAsia="Arial"/>
          <w:sz w:val="17"/>
          <w:lang w:val="pl-PL"/>
        </w:rPr>
        <w:t xml:space="preserve">☐  </w:t>
      </w:r>
      <w:r w:rsidRPr="00E43A9A">
        <w:rPr>
          <w:rFonts w:eastAsia="Arial"/>
          <w:b/>
          <w:sz w:val="17"/>
          <w:lang w:val="pl-PL"/>
        </w:rPr>
        <w:t>ZOBOWIĄZUJĘ SIĘ DO PISEMNEGO INFORMOWANIA WYCHOWAWCY ŚWIETLICY</w:t>
      </w:r>
      <w:r w:rsidRPr="00E43A9A">
        <w:rPr>
          <w:rFonts w:eastAsia="Arial"/>
          <w:sz w:val="17"/>
          <w:lang w:val="pl-PL"/>
        </w:rPr>
        <w:t xml:space="preserve"> o każdej zmianie ustalonego sposobu odbioru dziecka, samodzielnego wyjścia lub powrotu autobusem szkolnym.</w:t>
      </w:r>
    </w:p>
    <w:p w14:paraId="6BA861E3" w14:textId="77777777" w:rsidR="00B64D21" w:rsidRPr="00E43A9A" w:rsidRDefault="00B64D21">
      <w:pPr>
        <w:keepLines/>
        <w:spacing w:after="12" w:line="240" w:lineRule="auto"/>
        <w:rPr>
          <w:lang w:val="pl-PL"/>
        </w:rPr>
      </w:pPr>
    </w:p>
    <w:tbl>
      <w:tblPr>
        <w:tblW w:w="10080" w:type="dxa"/>
        <w:tblInd w:w="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00"/>
        <w:gridCol w:w="6780"/>
      </w:tblGrid>
      <w:tr w:rsidR="007E1BAA" w14:paraId="54F007E1" w14:textId="77777777">
        <w:trPr>
          <w:cantSplit/>
          <w:trHeight w:val="193"/>
        </w:trPr>
        <w:tc>
          <w:tcPr>
            <w:tcW w:w="3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17DDC6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>Data: ................................................</w:t>
            </w:r>
          </w:p>
        </w:tc>
        <w:tc>
          <w:tcPr>
            <w:tcW w:w="67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A3BF55" w14:textId="77777777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>........................................................................................................</w:t>
            </w:r>
          </w:p>
        </w:tc>
      </w:tr>
      <w:tr w:rsidR="007E1BAA" w:rsidRPr="00E43A9A" w14:paraId="5BF41284" w14:textId="77777777">
        <w:trPr>
          <w:cantSplit/>
          <w:trHeight w:val="176"/>
        </w:trPr>
        <w:tc>
          <w:tcPr>
            <w:tcW w:w="3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76B2113" w14:textId="77777777" w:rsidR="007E1BAA" w:rsidRDefault="007E1BAA">
            <w:pPr>
              <w:keepLines/>
              <w:spacing w:after="0" w:line="240" w:lineRule="auto"/>
            </w:pPr>
          </w:p>
        </w:tc>
        <w:tc>
          <w:tcPr>
            <w:tcW w:w="67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3E0A3AF" w14:textId="0C8DB52C" w:rsidR="007E1BAA" w:rsidRPr="00E43A9A" w:rsidRDefault="00B64D21">
            <w:pPr>
              <w:keepLines/>
              <w:spacing w:after="0" w:line="240" w:lineRule="auto"/>
              <w:rPr>
                <w:lang w:val="pl-PL"/>
              </w:rPr>
            </w:pPr>
            <w:r w:rsidRPr="00E43A9A">
              <w:rPr>
                <w:rFonts w:eastAsia="Arial"/>
                <w:sz w:val="16"/>
                <w:lang w:val="pl-PL"/>
              </w:rPr>
              <w:t xml:space="preserve">                 </w:t>
            </w:r>
            <w:r w:rsidR="0045385F" w:rsidRPr="00E43A9A">
              <w:rPr>
                <w:rFonts w:eastAsia="Arial"/>
                <w:sz w:val="16"/>
                <w:lang w:val="pl-PL"/>
              </w:rPr>
              <w:t>czytelny podpis rodzica lub opiekuna prawnego</w:t>
            </w:r>
          </w:p>
        </w:tc>
      </w:tr>
    </w:tbl>
    <w:p w14:paraId="2245AC2C" w14:textId="77777777" w:rsidR="00B64D21" w:rsidRPr="00E43A9A" w:rsidRDefault="00B64D21">
      <w:pPr>
        <w:pStyle w:val="Nagwek1"/>
        <w:pBdr>
          <w:bottom w:val="single" w:sz="8" w:space="0" w:color="000000"/>
        </w:pBdr>
        <w:shd w:val="clear" w:color="auto" w:fill="FFFFFF"/>
        <w:spacing w:before="60" w:after="24" w:line="240" w:lineRule="auto"/>
        <w:ind w:left="85" w:right="85"/>
        <w:rPr>
          <w:rFonts w:ascii="Arial" w:eastAsia="Arial" w:hAnsi="Arial"/>
          <w:sz w:val="20"/>
          <w:lang w:val="pl-PL"/>
        </w:rPr>
      </w:pPr>
    </w:p>
    <w:p w14:paraId="3D7736A8" w14:textId="77B97EE2" w:rsidR="007E1BAA" w:rsidRPr="00E43A9A" w:rsidRDefault="0045385F">
      <w:pPr>
        <w:pStyle w:val="Nagwek1"/>
        <w:pBdr>
          <w:bottom w:val="single" w:sz="8" w:space="0" w:color="000000"/>
        </w:pBdr>
        <w:shd w:val="clear" w:color="auto" w:fill="FFFFFF"/>
        <w:spacing w:before="60" w:after="24" w:line="240" w:lineRule="auto"/>
        <w:ind w:left="85" w:right="85"/>
        <w:rPr>
          <w:lang w:val="pl-PL"/>
        </w:rPr>
      </w:pPr>
      <w:r w:rsidRPr="00E43A9A">
        <w:rPr>
          <w:rFonts w:ascii="Arial" w:eastAsia="Arial" w:hAnsi="Arial"/>
          <w:sz w:val="20"/>
          <w:lang w:val="pl-PL"/>
        </w:rPr>
        <w:t>IX. Adnotacje świetlicy (wypełnia wychowawca)</w:t>
      </w:r>
    </w:p>
    <w:p w14:paraId="2178A9AB" w14:textId="2EB2E04C" w:rsidR="007E1BAA" w:rsidRDefault="0045385F">
      <w:pPr>
        <w:keepLines/>
        <w:spacing w:after="14" w:line="240" w:lineRule="auto"/>
      </w:pPr>
      <w:r w:rsidRPr="00E43A9A">
        <w:rPr>
          <w:rFonts w:eastAsia="Arial"/>
          <w:sz w:val="17"/>
          <w:lang w:val="pl-PL"/>
        </w:rPr>
        <w:t>Dziecko zostało / nie zostało przyjęte* do świetlicy w roku szkolnym 20…</w:t>
      </w:r>
      <w:r w:rsidR="00B64D21" w:rsidRPr="00E43A9A">
        <w:rPr>
          <w:rFonts w:eastAsia="Arial"/>
          <w:sz w:val="17"/>
          <w:lang w:val="pl-PL"/>
        </w:rPr>
        <w:t>……</w:t>
      </w:r>
      <w:r w:rsidRPr="00E43A9A">
        <w:rPr>
          <w:rFonts w:eastAsia="Arial"/>
          <w:sz w:val="17"/>
          <w:lang w:val="pl-PL"/>
        </w:rPr>
        <w:t>…/20…</w:t>
      </w:r>
      <w:r w:rsidR="00B64D21" w:rsidRPr="00E43A9A">
        <w:rPr>
          <w:rFonts w:eastAsia="Arial"/>
          <w:sz w:val="17"/>
          <w:lang w:val="pl-PL"/>
        </w:rPr>
        <w:t>…….</w:t>
      </w:r>
      <w:r w:rsidRPr="00E43A9A">
        <w:rPr>
          <w:rFonts w:eastAsia="Arial"/>
          <w:sz w:val="17"/>
          <w:lang w:val="pl-PL"/>
        </w:rPr>
        <w:t xml:space="preserve">…. </w:t>
      </w:r>
      <w:r>
        <w:rPr>
          <w:rFonts w:eastAsia="Arial"/>
          <w:i/>
          <w:sz w:val="17"/>
        </w:rPr>
        <w:t>*</w:t>
      </w:r>
      <w:proofErr w:type="spellStart"/>
      <w:r>
        <w:rPr>
          <w:rFonts w:eastAsia="Arial"/>
          <w:i/>
          <w:sz w:val="17"/>
        </w:rPr>
        <w:t>Niepotrzebne</w:t>
      </w:r>
      <w:proofErr w:type="spellEnd"/>
      <w:r>
        <w:rPr>
          <w:rFonts w:eastAsia="Arial"/>
          <w:i/>
          <w:sz w:val="17"/>
        </w:rPr>
        <w:t xml:space="preserve"> </w:t>
      </w:r>
      <w:proofErr w:type="spellStart"/>
      <w:r>
        <w:rPr>
          <w:rFonts w:eastAsia="Arial"/>
          <w:i/>
          <w:sz w:val="17"/>
        </w:rPr>
        <w:t>skreślić</w:t>
      </w:r>
      <w:proofErr w:type="spellEnd"/>
      <w:r>
        <w:rPr>
          <w:rFonts w:eastAsia="Arial"/>
          <w:i/>
          <w:sz w:val="17"/>
        </w:rPr>
        <w:t>.</w:t>
      </w:r>
    </w:p>
    <w:tbl>
      <w:tblPr>
        <w:tblW w:w="10080" w:type="dxa"/>
        <w:tblInd w:w="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00"/>
        <w:gridCol w:w="6780"/>
      </w:tblGrid>
      <w:tr w:rsidR="007E1BAA" w14:paraId="6937B8EE" w14:textId="77777777">
        <w:trPr>
          <w:cantSplit/>
          <w:trHeight w:val="193"/>
        </w:trPr>
        <w:tc>
          <w:tcPr>
            <w:tcW w:w="3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D7491FF" w14:textId="77777777" w:rsidR="00B64D21" w:rsidRDefault="00B64D21">
            <w:pPr>
              <w:keepLines/>
              <w:spacing w:after="0" w:line="240" w:lineRule="auto"/>
              <w:rPr>
                <w:rFonts w:eastAsia="Arial"/>
                <w:sz w:val="16"/>
              </w:rPr>
            </w:pPr>
          </w:p>
          <w:p w14:paraId="086EADFA" w14:textId="77777777" w:rsidR="00B64D21" w:rsidRDefault="00B64D21">
            <w:pPr>
              <w:keepLines/>
              <w:spacing w:after="0" w:line="240" w:lineRule="auto"/>
              <w:rPr>
                <w:rFonts w:eastAsia="Arial"/>
                <w:sz w:val="16"/>
              </w:rPr>
            </w:pPr>
          </w:p>
          <w:p w14:paraId="2D11C868" w14:textId="6976AA43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>Data: ................................................</w:t>
            </w:r>
          </w:p>
        </w:tc>
        <w:tc>
          <w:tcPr>
            <w:tcW w:w="67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97F1774" w14:textId="77777777" w:rsidR="00B64D21" w:rsidRDefault="00B64D21">
            <w:pPr>
              <w:keepLines/>
              <w:spacing w:after="0" w:line="240" w:lineRule="auto"/>
              <w:rPr>
                <w:rFonts w:eastAsia="Arial"/>
                <w:sz w:val="16"/>
              </w:rPr>
            </w:pPr>
          </w:p>
          <w:p w14:paraId="55C1F556" w14:textId="77777777" w:rsidR="00B64D21" w:rsidRDefault="00B64D21">
            <w:pPr>
              <w:keepLines/>
              <w:spacing w:after="0" w:line="240" w:lineRule="auto"/>
              <w:rPr>
                <w:rFonts w:eastAsia="Arial"/>
                <w:sz w:val="16"/>
              </w:rPr>
            </w:pPr>
          </w:p>
          <w:p w14:paraId="1E421BF8" w14:textId="1BB3A4B2" w:rsidR="007E1BAA" w:rsidRDefault="0045385F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>........................................................................................................</w:t>
            </w:r>
          </w:p>
        </w:tc>
      </w:tr>
      <w:tr w:rsidR="007E1BAA" w14:paraId="179B5BE9" w14:textId="77777777">
        <w:trPr>
          <w:cantSplit/>
          <w:trHeight w:val="176"/>
        </w:trPr>
        <w:tc>
          <w:tcPr>
            <w:tcW w:w="330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9BE7960" w14:textId="77777777" w:rsidR="007E1BAA" w:rsidRDefault="007E1BAA">
            <w:pPr>
              <w:keepLines/>
              <w:spacing w:after="0" w:line="240" w:lineRule="auto"/>
            </w:pPr>
          </w:p>
        </w:tc>
        <w:tc>
          <w:tcPr>
            <w:tcW w:w="67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B431577" w14:textId="72CC7D78" w:rsidR="007E1BAA" w:rsidRDefault="00B64D21">
            <w:pPr>
              <w:keepLines/>
              <w:spacing w:after="0" w:line="240" w:lineRule="auto"/>
            </w:pPr>
            <w:r>
              <w:rPr>
                <w:rFonts w:eastAsia="Arial"/>
                <w:sz w:val="16"/>
              </w:rPr>
              <w:t xml:space="preserve">                 </w:t>
            </w:r>
            <w:proofErr w:type="spellStart"/>
            <w:r w:rsidR="0045385F">
              <w:rPr>
                <w:rFonts w:eastAsia="Arial"/>
                <w:sz w:val="16"/>
              </w:rPr>
              <w:t>podpis</w:t>
            </w:r>
            <w:proofErr w:type="spellEnd"/>
            <w:r w:rsidR="0045385F">
              <w:rPr>
                <w:rFonts w:eastAsia="Arial"/>
                <w:sz w:val="16"/>
              </w:rPr>
              <w:t xml:space="preserve"> </w:t>
            </w:r>
            <w:proofErr w:type="spellStart"/>
            <w:r w:rsidR="0045385F">
              <w:rPr>
                <w:rFonts w:eastAsia="Arial"/>
                <w:sz w:val="16"/>
              </w:rPr>
              <w:t>wychowawcy</w:t>
            </w:r>
            <w:proofErr w:type="spellEnd"/>
            <w:r w:rsidR="0045385F">
              <w:rPr>
                <w:rFonts w:eastAsia="Arial"/>
                <w:sz w:val="16"/>
              </w:rPr>
              <w:t xml:space="preserve"> </w:t>
            </w:r>
            <w:proofErr w:type="spellStart"/>
            <w:r w:rsidR="0045385F">
              <w:rPr>
                <w:rFonts w:eastAsia="Arial"/>
                <w:sz w:val="16"/>
              </w:rPr>
              <w:t>świetlicy</w:t>
            </w:r>
            <w:proofErr w:type="spellEnd"/>
          </w:p>
        </w:tc>
      </w:tr>
    </w:tbl>
    <w:p w14:paraId="18536DD3" w14:textId="77777777" w:rsidR="0045385F" w:rsidRDefault="0045385F"/>
    <w:sectPr w:rsidR="0045385F" w:rsidSect="00034616">
      <w:footerReference w:type="default" r:id="rId8"/>
      <w:pgSz w:w="11906" w:h="16838"/>
      <w:pgMar w:top="624" w:right="709" w:bottom="624" w:left="709" w:header="255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81E85" w14:textId="77777777" w:rsidR="009E02C7" w:rsidRDefault="009E02C7">
      <w:pPr>
        <w:spacing w:after="0" w:line="240" w:lineRule="auto"/>
      </w:pPr>
      <w:r>
        <w:separator/>
      </w:r>
    </w:p>
  </w:endnote>
  <w:endnote w:type="continuationSeparator" w:id="0">
    <w:p w14:paraId="00410635" w14:textId="77777777" w:rsidR="009E02C7" w:rsidRDefault="009E0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20AE1" w14:textId="77777777" w:rsidR="007E1BAA" w:rsidRDefault="0045385F">
    <w:pPr>
      <w:pStyle w:val="Stopka"/>
      <w:keepLines/>
      <w:jc w:val="center"/>
    </w:pPr>
    <w:proofErr w:type="spellStart"/>
    <w:r>
      <w:rPr>
        <w:rFonts w:eastAsia="Arial"/>
        <w:sz w:val="14"/>
      </w:rPr>
      <w:t>Strona</w:t>
    </w:r>
    <w:proofErr w:type="spellEnd"/>
    <w:r>
      <w:rPr>
        <w:rFonts w:eastAsia="Arial"/>
        <w:sz w:val="14"/>
      </w:rPr>
      <w:t xml:space="preserve"> </w:t>
    </w:r>
    <w:r>
      <w:rPr>
        <w:rFonts w:eastAsia="Arial"/>
        <w:sz w:val="14"/>
      </w:rPr>
      <w:fldChar w:fldCharType="begin"/>
    </w:r>
    <w:r>
      <w:rPr>
        <w:rFonts w:eastAsia="Arial"/>
        <w:sz w:val="14"/>
      </w:rPr>
      <w:instrText xml:space="preserve"> PAGE </w:instrText>
    </w:r>
    <w:r>
      <w:rPr>
        <w:rFonts w:eastAsia="Arial"/>
        <w:sz w:val="14"/>
      </w:rPr>
      <w:fldChar w:fldCharType="separate"/>
    </w:r>
    <w:r>
      <w:rPr>
        <w:rFonts w:eastAsia="Arial"/>
        <w:sz w:val="14"/>
      </w:rPr>
      <w:t>1</w:t>
    </w:r>
    <w:r>
      <w:rPr>
        <w:rFonts w:eastAsia="Arial"/>
        <w:sz w:val="14"/>
      </w:rPr>
      <w:fldChar w:fldCharType="end"/>
    </w:r>
    <w:r>
      <w:rPr>
        <w:rFonts w:eastAsia="Arial"/>
        <w:sz w:val="14"/>
      </w:rPr>
      <w:t xml:space="preserve"> z </w:t>
    </w:r>
    <w:r>
      <w:rPr>
        <w:rFonts w:eastAsia="Arial"/>
        <w:sz w:val="14"/>
      </w:rPr>
      <w:fldChar w:fldCharType="begin"/>
    </w:r>
    <w:r>
      <w:rPr>
        <w:rFonts w:eastAsia="Arial"/>
        <w:sz w:val="14"/>
      </w:rPr>
      <w:instrText xml:space="preserve"> NUMPAGES </w:instrText>
    </w:r>
    <w:r>
      <w:rPr>
        <w:rFonts w:eastAsia="Arial"/>
        <w:sz w:val="14"/>
      </w:rPr>
      <w:fldChar w:fldCharType="separate"/>
    </w:r>
    <w:r>
      <w:rPr>
        <w:rFonts w:eastAsia="Arial"/>
        <w:sz w:val="14"/>
      </w:rPr>
      <w:t>1</w:t>
    </w:r>
    <w:r>
      <w:rPr>
        <w:rFonts w:eastAsia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B0DE3" w14:textId="77777777" w:rsidR="009E02C7" w:rsidRDefault="009E02C7">
      <w:pPr>
        <w:spacing w:after="0" w:line="240" w:lineRule="auto"/>
      </w:pPr>
      <w:r>
        <w:separator/>
      </w:r>
    </w:p>
  </w:footnote>
  <w:footnote w:type="continuationSeparator" w:id="0">
    <w:p w14:paraId="5951920B" w14:textId="77777777" w:rsidR="009E02C7" w:rsidRDefault="009E0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0832FB"/>
    <w:multiLevelType w:val="singleLevel"/>
    <w:tmpl w:val="2A6A70B2"/>
    <w:lvl w:ilvl="0">
      <w:start w:val="1"/>
      <w:numFmt w:val="decimal"/>
      <w:pStyle w:val="Listapunktowana"/>
      <w:lvlText w:val="%1."/>
      <w:lvlJc w:val="left"/>
      <w:pPr>
        <w:tabs>
          <w:tab w:val="num" w:pos="550"/>
        </w:tabs>
        <w:ind w:left="550" w:hanging="290"/>
      </w:pPr>
      <w:rPr>
        <w:rFonts w:ascii="Arial" w:hAnsi="Arial"/>
      </w:rPr>
    </w:lvl>
  </w:abstractNum>
  <w:num w:numId="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5385F"/>
    <w:rsid w:val="004748E2"/>
    <w:rsid w:val="004C3EAC"/>
    <w:rsid w:val="007E1BAA"/>
    <w:rsid w:val="009E02C7"/>
    <w:rsid w:val="00AA1D8D"/>
    <w:rsid w:val="00B26A8D"/>
    <w:rsid w:val="00B47730"/>
    <w:rsid w:val="00B64D21"/>
    <w:rsid w:val="00CB0664"/>
    <w:rsid w:val="00E43A9A"/>
    <w:rsid w:val="00EB3C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D1401"/>
  <w14:defaultImageDpi w14:val="300"/>
  <w15:docId w15:val="{4BA4952A-7222-472F-8472-A35908AD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40" w:line="252" w:lineRule="auto"/>
    </w:pPr>
    <w:rPr>
      <w:rFonts w:ascii="Arial" w:hAnsi="Arial"/>
      <w:color w:val="000000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do świetlicy szkolnej</dc:title>
  <dc:subject>Formularz zgłoszeniowy</dc:subject>
  <dc:creator>Szkoła Podstawowa im. Kornela Makuszyńskiego w Guzewie</dc:creator>
  <cp:keywords>świetlica, karta zgłoszenia, szkoła</cp:keywords>
  <dc:description>generated by python-docx</dc:description>
  <cp:lastModifiedBy>Anna Śwituniak</cp:lastModifiedBy>
  <cp:revision>4</cp:revision>
  <dcterms:created xsi:type="dcterms:W3CDTF">2013-12-23T23:15:00Z</dcterms:created>
  <dcterms:modified xsi:type="dcterms:W3CDTF">2026-08-31T10:25:00Z</dcterms:modified>
  <cp:category/>
</cp:coreProperties>
</file>